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127 SEO definitions</w:t>
      </w:r>
    </w:p>
    <w:p>
      <w:pPr>
        <w:pStyle w:val="Subtitle"/>
      </w:pPr>
      <w:r>
        <w:t>Quick review · source links included · 6 October 2026</w:t>
      </w:r>
    </w:p>
    <w:p>
      <w:pPr>
        <w:pStyle w:val="Heading3"/>
      </w:pPr>
      <w:r>
        <w:t>301 redirect</w:t>
      </w:r>
    </w:p>
    <w:p>
      <w:r>
        <w:t>An HTTP redirect indicating a permanent move and strongly signaling the destination as canonical.</w:t>
      </w:r>
    </w:p>
    <w:p>
      <w:pPr>
        <w:pStyle w:val="SourceCitation"/>
      </w:pPr>
      <w:hyperlink r:id="rId11">
        <w:r>
          <w:rPr>
            <w:color w:val="007D79"/>
          </w:rPr>
          <w:t>Redirects and Google Search · Permanent server-side redirects</w:t>
        </w:r>
      </w:hyperlink>
    </w:p>
    <w:p>
      <w:pPr>
        <w:pStyle w:val="Heading3"/>
      </w:pPr>
      <w:r>
        <w:t>302 redirect</w:t>
      </w:r>
    </w:p>
    <w:p>
      <w:r>
        <w:t>An HTTP redirect indicating a temporary move; the original URL generally remains the preferred canonical.</w:t>
      </w:r>
    </w:p>
    <w:p>
      <w:pPr>
        <w:pStyle w:val="SourceCitation"/>
      </w:pPr>
      <w:hyperlink r:id="rId11">
        <w:r>
          <w:rPr>
            <w:color w:val="007D79"/>
          </w:rPr>
          <w:t>Redirects and Google Search · Permanent server-side redirects</w:t>
        </w:r>
      </w:hyperlink>
    </w:p>
    <w:p>
      <w:pPr>
        <w:pStyle w:val="Heading3"/>
      </w:pPr>
      <w:r>
        <w:t>404 response</w:t>
      </w:r>
    </w:p>
    <w:p>
      <w:r>
        <w:t>An HTTP response indicating that the requested page is missing; a helpful custom error page should still return this status.</w:t>
      </w:r>
    </w:p>
    <w:p>
      <w:pPr>
        <w:pStyle w:val="SourceCitation"/>
      </w:pPr>
      <w:hyperlink r:id="rId12">
        <w:r>
          <w:rPr>
            <w:color w:val="007D79"/>
          </w:rPr>
          <w:t>Maintaining your website's SEO · Migrating a single URL</w:t>
        </w:r>
      </w:hyperlink>
    </w:p>
    <w:p>
      <w:pPr>
        <w:pStyle w:val="Heading3"/>
      </w:pPr>
      <w:r>
        <w:t>429 response</w:t>
      </w:r>
    </w:p>
    <w:p>
      <w:r>
        <w:t>An HTTP response indicating too many requests; it can be used for urgent crawler throttling, with site-wide crawl-rate consequences.</w:t>
      </w:r>
    </w:p>
    <w:p>
      <w:pPr>
        <w:pStyle w:val="SourceCitation"/>
      </w:pPr>
      <w:hyperlink r:id="rId13">
        <w:r>
          <w:rPr>
            <w:color w:val="007D79"/>
          </w:rPr>
          <w:t>Reduce the Google crawl rate · Urgently reduce crawler traffic (for emergencies)</w:t>
        </w:r>
      </w:hyperlink>
    </w:p>
    <w:p>
      <w:pPr>
        <w:pStyle w:val="Heading3"/>
      </w:pPr>
      <w:r>
        <w:t>503 response</w:t>
      </w:r>
    </w:p>
    <w:p>
      <w:r>
        <w:t>An HTTP response indicating temporary service unavailability; short maintenance use differs from prolonged unavailability.</w:t>
      </w:r>
    </w:p>
    <w:p>
      <w:pPr>
        <w:pStyle w:val="SourceCitation"/>
      </w:pPr>
      <w:hyperlink r:id="rId14">
        <w:r>
          <w:rPr>
            <w:color w:val="007D79"/>
          </w:rPr>
          <w:t>Temporarily pause or disable a website · Not recommended: Disable the whole website</w:t>
        </w:r>
      </w:hyperlink>
    </w:p>
    <w:p>
      <w:pPr>
        <w:pStyle w:val="Heading3"/>
      </w:pPr>
      <w:r>
        <w:t>75th-percentile assessment</w:t>
      </w:r>
    </w:p>
    <w:p>
      <w:r>
        <w:t>Assessing Web Vitals at the value met by 75% of page visits, separately for mobile and desktop.</w:t>
      </w:r>
    </w:p>
    <w:p>
      <w:pPr>
        <w:pStyle w:val="SourceCitation"/>
      </w:pPr>
      <w:hyperlink r:id="rId15">
        <w:r>
          <w:rPr>
            <w:color w:val="007D79"/>
          </w:rPr>
          <w:t>Web Vitals · Core Web Vitals</w:t>
        </w:r>
      </w:hyperlink>
    </w:p>
    <w:p>
      <w:pPr>
        <w:pStyle w:val="Heading3"/>
      </w:pPr>
      <w:r>
        <w:t>A/B testing</w:t>
      </w:r>
    </w:p>
    <w:p>
      <w:r>
        <w:t>Comparing site variations; when separate URLs are used, Google recommends appropriate canonicals and temporary redirects.</w:t>
      </w:r>
    </w:p>
    <w:p>
      <w:pPr>
        <w:pStyle w:val="SourceCitation"/>
      </w:pPr>
      <w:hyperlink r:id="rId16">
        <w:r>
          <w:rPr>
            <w:color w:val="007D79"/>
          </w:rPr>
          <w:t>Minimize A/B testing impact in Google Search · Use rel="canonical" links</w:t>
        </w:r>
      </w:hyperlink>
    </w:p>
    <w:p>
      <w:pPr>
        <w:pStyle w:val="Heading3"/>
      </w:pPr>
      <w:r>
        <w:t>AEO</w:t>
      </w:r>
    </w:p>
    <w:p>
      <w:r>
        <w:t>Answer engine optimization, a term used for improving AI-search visibility; Google treats optimizing its generative search experience as SEO.</w:t>
      </w:r>
    </w:p>
    <w:p>
      <w:pPr>
        <w:pStyle w:val="SourceCitation"/>
      </w:pPr>
      <w:hyperlink r:id="rId17">
        <w:r>
          <w:rPr>
            <w:color w:val="007D79"/>
          </w:rPr>
          <w:t>Optimizing your website for generative AI features on Google Search · Is SEO still relevant for generative AI search?</w:t>
        </w:r>
      </w:hyperlink>
    </w:p>
    <w:p>
      <w:pPr>
        <w:pStyle w:val="Heading3"/>
      </w:pPr>
      <w:r>
        <w:t>Aggregator unit</w:t>
      </w:r>
    </w:p>
    <w:p>
      <w:r>
        <w:t>A regional Search presentation linking to aggregator inventory or category pages, with participation requirements beyond ordinary markup.</w:t>
      </w:r>
    </w:p>
    <w:p>
      <w:pPr>
        <w:pStyle w:val="SourceCitation"/>
      </w:pPr>
      <w:hyperlink r:id="rId18">
        <w:r>
          <w:rPr>
            <w:color w:val="007D79"/>
          </w:rPr>
          <w:t>Aggregator unit in Google Search · How the aggregator unit works</w:t>
        </w:r>
      </w:hyperlink>
    </w:p>
    <w:p>
      <w:pPr>
        <w:pStyle w:val="Heading3"/>
      </w:pPr>
      <w:r>
        <w:t>AI agent</w:t>
      </w:r>
    </w:p>
    <w:p>
      <w:r>
        <w:t>An autonomous system that performs tasks for people, potentially interacting with pages through rendered views, the DOM or accessibility information.</w:t>
      </w:r>
    </w:p>
    <w:p>
      <w:pPr>
        <w:pStyle w:val="SourceCitation"/>
      </w:pPr>
      <w:hyperlink r:id="rId19">
        <w:r>
          <w:rPr>
            <w:color w:val="007D79"/>
          </w:rPr>
          <w:t>Optimizing your website for generative AI features on Google Search · Explore agentic experiences</w:t>
        </w:r>
      </w:hyperlink>
    </w:p>
    <w:p>
      <w:pPr>
        <w:pStyle w:val="Heading3"/>
      </w:pPr>
      <w:r>
        <w:t>AI Overviews and AI Mode</w:t>
      </w:r>
    </w:p>
    <w:p>
      <w:r>
        <w:t>Google Search generative AI experiences grounded in core Search systems; ordinary SEO foundations remain relevant.</w:t>
      </w:r>
    </w:p>
    <w:p>
      <w:pPr>
        <w:pStyle w:val="SourceCitation"/>
      </w:pPr>
      <w:hyperlink r:id="rId17">
        <w:r>
          <w:rPr>
            <w:color w:val="007D79"/>
          </w:rPr>
          <w:t>Optimizing your website for generative AI features on Google Search · Is SEO still relevant for generative AI search?</w:t>
        </w:r>
      </w:hyperlink>
    </w:p>
    <w:p>
      <w:pPr>
        <w:pStyle w:val="Heading3"/>
      </w:pPr>
      <w:r>
        <w:t>Allow</w:t>
      </w:r>
    </w:p>
    <w:p>
      <w:r>
        <w:t>A robots.txt instruction permitting crawling of a matching path; the most specific applicable path rule wins.</w:t>
      </w:r>
    </w:p>
    <w:p>
      <w:pPr>
        <w:pStyle w:val="SourceCitation"/>
      </w:pPr>
      <w:hyperlink r:id="rId20">
        <w:r>
          <w:rPr>
            <w:color w:val="007D79"/>
          </w:rPr>
          <w:t>How Google interprets the robots.txt specification · Order of precedence for rules</w:t>
        </w:r>
      </w:hyperlink>
    </w:p>
    <w:p>
      <w:pPr>
        <w:pStyle w:val="Heading3"/>
      </w:pPr>
      <w:r>
        <w:t>Alt text</w:t>
      </w:r>
    </w:p>
    <w:p>
      <w:r>
        <w:t>Descriptive image text; for an image used as a link, Google uses its alt attribute as anchor text.</w:t>
      </w:r>
    </w:p>
    <w:p>
      <w:pPr>
        <w:pStyle w:val="SourceCitation"/>
      </w:pPr>
      <w:hyperlink r:id="rId21">
        <w:r>
          <w:rPr>
            <w:color w:val="007D79"/>
          </w:rPr>
          <w:t>Link best practices for Google · Anchor text placement</w:t>
        </w:r>
      </w:hyperlink>
    </w:p>
    <w:p>
      <w:pPr>
        <w:pStyle w:val="Heading3"/>
      </w:pPr>
      <w:r>
        <w:t>Anchor text</w:t>
      </w:r>
    </w:p>
    <w:p>
      <w:r>
        <w:t>The visible text of a link, helping users and Google understand the linked page.</w:t>
      </w:r>
    </w:p>
    <w:p>
      <w:pPr>
        <w:pStyle w:val="SourceCitation"/>
      </w:pPr>
      <w:hyperlink r:id="rId22">
        <w:r>
          <w:rPr>
            <w:color w:val="007D79"/>
          </w:rPr>
          <w:t>Link best practices for Google · Write good anchor text</w:t>
        </w:r>
      </w:hyperlink>
    </w:p>
    <w:p>
      <w:pPr>
        <w:pStyle w:val="Heading3"/>
      </w:pPr>
      <w:r>
        <w:t>BERT</w:t>
      </w:r>
    </w:p>
    <w:p>
      <w:r>
        <w:t>A system Google uses to understand how word combinations express different meanings and intent.</w:t>
      </w:r>
    </w:p>
    <w:p>
      <w:pPr>
        <w:pStyle w:val="SourceCitation"/>
      </w:pPr>
      <w:hyperlink r:id="rId23">
        <w:r>
          <w:rPr>
            <w:color w:val="007D79"/>
          </w:rPr>
          <w:t>A guide to Google Search ranking systems · BERT</w:t>
        </w:r>
      </w:hyperlink>
    </w:p>
    <w:p>
      <w:pPr>
        <w:pStyle w:val="Heading3"/>
      </w:pPr>
      <w:r>
        <w:t>Breadcrumb</w:t>
      </w:r>
    </w:p>
    <w:p>
      <w:r>
        <w:t>A hierarchical indication of a page’s position within a site; appropriate structured data can help Google represent that hierarchy.</w:t>
      </w:r>
    </w:p>
    <w:p>
      <w:pPr>
        <w:pStyle w:val="SourceCitation"/>
      </w:pPr>
      <w:hyperlink r:id="rId24">
        <w:r>
          <w:rPr>
            <w:color w:val="007D79"/>
          </w:rPr>
          <w:t>Establish your business details with Google · Update your site's Google knowledge panel</w:t>
        </w:r>
      </w:hyperlink>
    </w:p>
    <w:p>
      <w:pPr>
        <w:pStyle w:val="Heading3"/>
      </w:pPr>
      <w:r>
        <w:t>Canonicalization</w:t>
      </w:r>
    </w:p>
    <w:p>
      <w:r>
        <w:t>Selecting a representative URL from duplicate or very similar pages to reduce redundant results.</w:t>
      </w:r>
    </w:p>
    <w:p>
      <w:pPr>
        <w:pStyle w:val="SourceCitation"/>
      </w:pPr>
      <w:hyperlink r:id="rId25">
        <w:r>
          <w:rPr>
            <w:color w:val="007D79"/>
          </w:rPr>
          <w:t>What is canonicalization · What is canonicalization</w:t>
        </w:r>
      </w:hyperlink>
    </w:p>
    <w:p>
      <w:pPr>
        <w:pStyle w:val="Heading3"/>
      </w:pPr>
      <w:r>
        <w:t>CLS</w:t>
      </w:r>
    </w:p>
    <w:p>
      <w:r>
        <w:t>Cumulative Layout Shift measures visual stability; a good value is at most 0.1 at the 75th percentile.</w:t>
      </w:r>
    </w:p>
    <w:p>
      <w:pPr>
        <w:pStyle w:val="SourceCitation"/>
      </w:pPr>
      <w:hyperlink r:id="rId26">
        <w:r>
          <w:rPr>
            <w:color w:val="007D79"/>
          </w:rPr>
          <w:t>Understanding Core Web Vitals and Google search results · Core Web Vitals metrics</w:t>
        </w:r>
      </w:hyperlink>
    </w:p>
    <w:p>
      <w:pPr>
        <w:pStyle w:val="Heading3"/>
      </w:pPr>
      <w:r>
        <w:t>Content fingerprinting</w:t>
      </w:r>
    </w:p>
    <w:p>
      <w:r>
        <w:t>Putting a version or content hash in a resource filename so changed JavaScript or CSS is fetched rather than served from a stale cache.</w:t>
      </w:r>
    </w:p>
    <w:p>
      <w:pPr>
        <w:pStyle w:val="SourceCitation"/>
      </w:pPr>
      <w:hyperlink r:id="rId27">
        <w:r>
          <w:rPr>
            <w:color w:val="007D79"/>
          </w:rPr>
          <w:t>Understand the JavaScript SEO basics · Use long-lived caching</w:t>
        </w:r>
      </w:hyperlink>
    </w:p>
    <w:p>
      <w:pPr>
        <w:pStyle w:val="Heading3"/>
      </w:pPr>
      <w:r>
        <w:t>Core update</w:t>
      </w:r>
    </w:p>
    <w:p>
      <w:r>
        <w:t>A broad change to Search’s systems; a visibility decline after one does not itself demonstrate a site-specific penalty.</w:t>
      </w:r>
    </w:p>
    <w:p>
      <w:pPr>
        <w:pStyle w:val="SourceCitation"/>
      </w:pPr>
      <w:hyperlink r:id="rId28">
        <w:r>
          <w:rPr>
            <w:color w:val="007D79"/>
          </w:rPr>
          <w:t>Google Search's core updates and your website · How core updates work</w:t>
        </w:r>
      </w:hyperlink>
    </w:p>
    <w:p>
      <w:pPr>
        <w:pStyle w:val="Heading3"/>
      </w:pPr>
      <w:r>
        <w:t>Core Web Vitals</w:t>
      </w:r>
    </w:p>
    <w:p>
      <w:r>
        <w:t>User-experience metrics for loading, responsiveness and visual stability: LCP, INP and CLS.</w:t>
      </w:r>
    </w:p>
    <w:p>
      <w:pPr>
        <w:pStyle w:val="SourceCitation"/>
      </w:pPr>
      <w:hyperlink r:id="rId26">
        <w:r>
          <w:rPr>
            <w:color w:val="007D79"/>
          </w:rPr>
          <w:t>Understanding Core Web Vitals and Google search results · Core Web Vitals metrics</w:t>
        </w:r>
      </w:hyperlink>
    </w:p>
    <w:p>
      <w:pPr>
        <w:pStyle w:val="Heading3"/>
      </w:pPr>
      <w:r>
        <w:t>Crawl budget</w:t>
      </w:r>
    </w:p>
    <w:p>
      <w:r>
        <w:t>The number of URLs Google’s crawlers can and want to crawl, governed by crawl capacity and crawl demand.</w:t>
      </w:r>
    </w:p>
    <w:p>
      <w:pPr>
        <w:pStyle w:val="SourceCitation"/>
      </w:pPr>
      <w:hyperlink r:id="rId29">
        <w:r>
          <w:rPr>
            <w:color w:val="007D79"/>
          </w:rPr>
          <w:t>Optimize your crawl budget · General theory of crawling</w:t>
        </w:r>
      </w:hyperlink>
    </w:p>
    <w:p>
      <w:pPr>
        <w:pStyle w:val="Heading3"/>
      </w:pPr>
      <w:r>
        <w:t>Crawl capacity limit</w:t>
      </w:r>
    </w:p>
    <w:p>
      <w:r>
        <w:t>The crawling capacity Google permits to avoid overloading a site; server responsiveness affects it.</w:t>
      </w:r>
    </w:p>
    <w:p>
      <w:pPr>
        <w:pStyle w:val="SourceCitation"/>
      </w:pPr>
      <w:hyperlink r:id="rId30">
        <w:r>
          <w:rPr>
            <w:color w:val="007D79"/>
          </w:rPr>
          <w:t>Optimize your crawl budget · Crawl capacity limit</w:t>
        </w:r>
      </w:hyperlink>
    </w:p>
    <w:p>
      <w:pPr>
        <w:pStyle w:val="Heading3"/>
      </w:pPr>
      <w:r>
        <w:t>Crawl demand</w:t>
      </w:r>
    </w:p>
    <w:p>
      <w:r>
        <w:t>Google’s desire to crawl URLs, influenced by factors such as inventory and how stale content may be.</w:t>
      </w:r>
    </w:p>
    <w:p>
      <w:pPr>
        <w:pStyle w:val="SourceCitation"/>
      </w:pPr>
      <w:hyperlink r:id="rId31">
        <w:r>
          <w:rPr>
            <w:color w:val="007D79"/>
          </w:rPr>
          <w:t>Optimize your crawl budget · Crawl demand</w:t>
        </w:r>
      </w:hyperlink>
    </w:p>
    <w:p>
      <w:pPr>
        <w:pStyle w:val="Heading3"/>
      </w:pPr>
      <w:r>
        <w:t>Crawling</w:t>
      </w:r>
    </w:p>
    <w:p>
      <w:r>
        <w:t>Fetching page content with an automated crawler. A discovered URL is not guaranteed to be crawled.</w:t>
      </w:r>
    </w:p>
    <w:p>
      <w:pPr>
        <w:pStyle w:val="SourceCitation"/>
      </w:pPr>
      <w:hyperlink r:id="rId32">
        <w:r>
          <w:rPr>
            <w:color w:val="007D79"/>
          </w:rPr>
          <w:t>In-depth guide to how Google Search works · Introducing the three stages of Google Search</w:t>
        </w:r>
      </w:hyperlink>
    </w:p>
    <w:p>
      <w:pPr>
        <w:pStyle w:val="Heading3"/>
      </w:pPr>
      <w:r>
        <w:t>Crypto redirect</w:t>
      </w:r>
    </w:p>
    <w:p>
      <w:r>
        <w:t>A move communicated through explanatory text and a link; Google advises against relying on it when other redirect methods are available.</w:t>
      </w:r>
    </w:p>
    <w:p>
      <w:pPr>
        <w:pStyle w:val="SourceCitation"/>
      </w:pPr>
      <w:hyperlink r:id="rId33">
        <w:r>
          <w:rPr>
            <w:color w:val="007D79"/>
          </w:rPr>
          <w:t>Redirects and Google Search · Overview of redirect types</w:t>
        </w:r>
      </w:hyperlink>
    </w:p>
    <w:p>
      <w:pPr>
        <w:pStyle w:val="Heading3"/>
      </w:pPr>
      <w:r>
        <w:t>data-nosnippet</w:t>
      </w:r>
    </w:p>
    <w:p>
      <w:r>
        <w:t>An HTML attribute excluding a marked text region from snippets; its presence applies regardless of a false-looking value.</w:t>
      </w:r>
    </w:p>
    <w:p>
      <w:pPr>
        <w:pStyle w:val="SourceCitation"/>
      </w:pPr>
      <w:hyperlink r:id="rId34">
        <w:r>
          <w:rPr>
            <w:color w:val="007D79"/>
          </w:rPr>
          <w:t>Robots meta tag, data-nosnippet , and X-Robots-Tag specifications · Using the data-nosnippet HTML attribute</w:t>
        </w:r>
      </w:hyperlink>
    </w:p>
    <w:p>
      <w:pPr>
        <w:pStyle w:val="Heading3"/>
      </w:pPr>
      <w:r>
        <w:t>Disallow</w:t>
      </w:r>
    </w:p>
    <w:p>
      <w:r>
        <w:t>A robots.txt instruction restricting crawling of matching paths. A URL may still be indexed from other signals.</w:t>
      </w:r>
    </w:p>
    <w:p>
      <w:pPr>
        <w:pStyle w:val="SourceCitation"/>
      </w:pPr>
      <w:hyperlink r:id="rId35">
        <w:r>
          <w:rPr>
            <w:color w:val="007D79"/>
          </w:rPr>
          <w:t>Introduction to robots.txt · What is a robots.txt file used for?</w:t>
        </w:r>
      </w:hyperlink>
    </w:p>
    <w:p>
      <w:pPr>
        <w:pStyle w:val="Heading3"/>
      </w:pPr>
      <w:r>
        <w:t>Discover</w:t>
      </w:r>
    </w:p>
    <w:p>
      <w:r>
        <w:t>A feed showing content relevant to users’ interests; eligibility does not require special markup or only newly published articles.</w:t>
      </w:r>
    </w:p>
    <w:p>
      <w:pPr>
        <w:pStyle w:val="SourceCitation"/>
      </w:pPr>
      <w:hyperlink r:id="rId36">
        <w:r>
          <w:rPr>
            <w:color w:val="007D79"/>
          </w:rPr>
          <w:t>Discover and your website · How content appears in Discover</w:t>
        </w:r>
      </w:hyperlink>
    </w:p>
    <w:p>
      <w:pPr>
        <w:pStyle w:val="Heading3"/>
      </w:pPr>
      <w:r>
        <w:t>DOM text</w:t>
      </w:r>
    </w:p>
    <w:p>
      <w:r>
        <w:t>Text accessible in the document object model; important copy should not exist only in CSS-generated content or a canvas.</w:t>
      </w:r>
    </w:p>
    <w:p>
      <w:pPr>
        <w:pStyle w:val="SourceCitation"/>
      </w:pPr>
      <w:hyperlink r:id="rId37">
        <w:r>
          <w:rPr>
            <w:color w:val="007D79"/>
          </w:rPr>
          <w:t>Get started with Search: a developer's guide · Don't forget about the words on the page</w:t>
        </w:r>
      </w:hyperlink>
    </w:p>
    <w:p>
      <w:pPr>
        <w:pStyle w:val="Heading3"/>
      </w:pPr>
      <w:r>
        <w:t>Duplicate content</w:t>
      </w:r>
    </w:p>
    <w:p>
      <w:r>
        <w:t>The same or similar content available through multiple URLs; ordinary duplication is not itself a manual-action penalty.</w:t>
      </w:r>
    </w:p>
    <w:p>
      <w:pPr>
        <w:pStyle w:val="SourceCitation"/>
      </w:pPr>
      <w:hyperlink r:id="rId38">
        <w:r>
          <w:rPr>
            <w:color w:val="007D79"/>
          </w:rPr>
          <w:t>Search Engine Optimization (SEO) Starter Guide · Reduce duplicate content</w:t>
        </w:r>
      </w:hyperlink>
    </w:p>
    <w:p>
      <w:pPr>
        <w:pStyle w:val="Heading3"/>
      </w:pPr>
      <w:r>
        <w:t>Dynamic rendering</w:t>
      </w:r>
    </w:p>
    <w:p>
      <w:r>
        <w:t>Routing crawlers to rendered HTML while serving ordinary users normally; a workaround that Google does not recommend as a long-term default.</w:t>
      </w:r>
    </w:p>
    <w:p>
      <w:pPr>
        <w:pStyle w:val="SourceCitation"/>
      </w:pPr>
      <w:hyperlink r:id="rId39">
        <w:r>
          <w:rPr>
            <w:color w:val="007D79"/>
          </w:rPr>
          <w:t>Dynamic rendering as a workaround · Understand how dynamic rendering works</w:t>
        </w:r>
      </w:hyperlink>
    </w:p>
    <w:p>
      <w:pPr>
        <w:pStyle w:val="Heading3"/>
      </w:pPr>
      <w:r>
        <w:t>E-E-A-T</w:t>
      </w:r>
    </w:p>
    <w:p>
      <w:r>
        <w:t>Experience, expertise, authoritativeness and trustworthiness; trust is central, and E-E-A-T is not itself one specific ranking factor.</w:t>
      </w:r>
    </w:p>
    <w:p>
      <w:pPr>
        <w:pStyle w:val="SourceCitation"/>
      </w:pPr>
      <w:hyperlink r:id="rId40">
        <w:r>
          <w:rPr>
            <w:color w:val="007D79"/>
          </w:rPr>
          <w:t>Creating helpful, reliable, people-first content · Get to know E-E-A-T and the quality rater guidelines</w:t>
        </w:r>
      </w:hyperlink>
    </w:p>
    <w:p>
      <w:pPr>
        <w:pStyle w:val="Heading3"/>
      </w:pPr>
      <w:r>
        <w:t>Ecosystem carousel</w:t>
      </w:r>
    </w:p>
    <w:p>
      <w:r>
        <w:t>A regional carousel connecting users with providers in a relevant ecosystem, without requiring a new feed or markup type.</w:t>
      </w:r>
    </w:p>
    <w:p>
      <w:pPr>
        <w:pStyle w:val="SourceCitation"/>
      </w:pPr>
      <w:hyperlink r:id="rId41">
        <w:r>
          <w:rPr>
            <w:color w:val="007D79"/>
          </w:rPr>
          <w:t>Ecosystem carousel in Google Search · Ecosystem carousel in Google Search</w:t>
        </w:r>
      </w:hyperlink>
    </w:p>
    <w:p>
      <w:pPr>
        <w:pStyle w:val="Heading3"/>
      </w:pPr>
      <w:r>
        <w:t>Eligibility versus display</w:t>
      </w:r>
    </w:p>
    <w:p>
      <w:r>
        <w:t>Meeting technical, content and policy requirements makes a feature possible; it does not guarantee that Google shows it.</w:t>
      </w:r>
    </w:p>
    <w:p>
      <w:pPr>
        <w:pStyle w:val="SourceCitation"/>
      </w:pPr>
      <w:hyperlink r:id="rId42">
        <w:r>
          <w:rPr>
            <w:color w:val="007D79"/>
          </w:rPr>
          <w:t>General structured data guidelines · General structured data guidelines</w:t>
        </w:r>
      </w:hyperlink>
    </w:p>
    <w:p>
      <w:pPr>
        <w:pStyle w:val="Heading3"/>
      </w:pPr>
      <w:r>
        <w:t>Enriched search result</w:t>
      </w:r>
    </w:p>
    <w:p>
      <w:r>
        <w:t>A richer, interactive result experience beyond a basic rich result, subject to additional requirements.</w:t>
      </w:r>
    </w:p>
    <w:p>
      <w:pPr>
        <w:pStyle w:val="SourceCitation"/>
      </w:pPr>
      <w:hyperlink r:id="rId43">
        <w:r>
          <w:rPr>
            <w:color w:val="007D79"/>
          </w:rPr>
          <w:t>Enriched search results · Enriched search results</w:t>
        </w:r>
      </w:hyperlink>
    </w:p>
    <w:p>
      <w:pPr>
        <w:pStyle w:val="Heading3"/>
      </w:pPr>
      <w:r>
        <w:t>Favicon</w:t>
      </w:r>
    </w:p>
    <w:p>
      <w:r>
        <w:t>A site icon that may appear beside a result; it must be square and meet Google’s crawlability and size guidance.</w:t>
      </w:r>
    </w:p>
    <w:p>
      <w:pPr>
        <w:pStyle w:val="SourceCitation"/>
      </w:pPr>
      <w:hyperlink r:id="rId44">
        <w:r>
          <w:rPr>
            <w:color w:val="007D79"/>
          </w:rPr>
          <w:t>Define a favicon to show in search results · Guidelines</w:t>
        </w:r>
      </w:hyperlink>
    </w:p>
    <w:p>
      <w:pPr>
        <w:pStyle w:val="Heading3"/>
      </w:pPr>
      <w:r>
        <w:t>Featured snippet</w:t>
      </w:r>
    </w:p>
    <w:p>
      <w:r>
        <w:t>An automatically selected extract prominently answering a query; publishers cannot mark a page as the featured snippet.</w:t>
      </w:r>
    </w:p>
    <w:p>
      <w:pPr>
        <w:pStyle w:val="SourceCitation"/>
      </w:pPr>
      <w:hyperlink r:id="rId45">
        <w:r>
          <w:rPr>
            <w:color w:val="007D79"/>
          </w:rPr>
          <w:t>Featured snippets and your website · How can I mark my page as a featured snippet?</w:t>
        </w:r>
      </w:hyperlink>
    </w:p>
    <w:p>
      <w:pPr>
        <w:pStyle w:val="Heading3"/>
      </w:pPr>
      <w:r>
        <w:t>Flexible sampling</w:t>
      </w:r>
    </w:p>
    <w:p>
      <w:r>
        <w:t>Approaches to offering some paywalled content access, including metering and lead-in, rather than requiring unlimited free access.</w:t>
      </w:r>
    </w:p>
    <w:p>
      <w:pPr>
        <w:pStyle w:val="SourceCitation"/>
      </w:pPr>
      <w:hyperlink r:id="rId46">
        <w:r>
          <w:rPr>
            <w:color w:val="007D79"/>
          </w:rPr>
          <w:t>Flexible Sampling general guidance · Flexible Sampling general guidance</w:t>
        </w:r>
      </w:hyperlink>
    </w:p>
    <w:p>
      <w:pPr>
        <w:pStyle w:val="Heading3"/>
      </w:pPr>
      <w:r>
        <w:t>GEO</w:t>
      </w:r>
    </w:p>
    <w:p>
      <w:r>
        <w:t>Generative engine optimization, another term for AI-search visibility work; it does not replace Google’s established SEO principles.</w:t>
      </w:r>
    </w:p>
    <w:p>
      <w:pPr>
        <w:pStyle w:val="SourceCitation"/>
      </w:pPr>
      <w:hyperlink r:id="rId17">
        <w:r>
          <w:rPr>
            <w:color w:val="007D79"/>
          </w:rPr>
          <w:t>Optimizing your website for generative AI features on Google Search · Is SEO still relevant for generative AI search?</w:t>
        </w:r>
      </w:hyperlink>
    </w:p>
    <w:p>
      <w:pPr>
        <w:pStyle w:val="Heading3"/>
      </w:pPr>
      <w:r>
        <w:t>Google Business Profile</w:t>
      </w:r>
    </w:p>
    <w:p>
      <w:r>
        <w:t>A Google business-information product that can help local services and products be visible in Search and relevant AI responses.</w:t>
      </w:r>
    </w:p>
    <w:p>
      <w:pPr>
        <w:pStyle w:val="SourceCitation"/>
      </w:pPr>
      <w:hyperlink r:id="rId47">
        <w:r>
          <w:rPr>
            <w:color w:val="007D79"/>
          </w:rPr>
          <w:t>Optimizing your website for generative AI features on Google Search · Optimize your local business and ecommerce details</w:t>
        </w:r>
      </w:hyperlink>
    </w:p>
    <w:p>
      <w:pPr>
        <w:pStyle w:val="Heading3"/>
      </w:pPr>
      <w:r>
        <w:t>Google request verification</w:t>
      </w:r>
    </w:p>
    <w:p>
      <w:r>
        <w:t>Confirming genuine Google traffic with reverse and forward DNS checks, or matching published Google IP ranges at scale.</w:t>
      </w:r>
    </w:p>
    <w:p>
      <w:pPr>
        <w:pStyle w:val="SourceCitation"/>
      </w:pPr>
      <w:hyperlink r:id="rId48">
        <w:r>
          <w:rPr>
            <w:color w:val="007D79"/>
          </w:rPr>
          <w:t>Verify requests from Google crawlers and fetchers · Use command line tools</w:t>
        </w:r>
      </w:hyperlink>
    </w:p>
    <w:p>
      <w:pPr>
        <w:pStyle w:val="Heading3"/>
      </w:pPr>
      <w:r>
        <w:t>Google Search Console</w:t>
      </w:r>
    </w:p>
    <w:p>
      <w:r>
        <w:t>Google’s first-party tool for information and data about a site’s presence in Google Search.</w:t>
      </w:r>
    </w:p>
    <w:p>
      <w:pPr>
        <w:pStyle w:val="SourceCitation"/>
      </w:pPr>
      <w:hyperlink r:id="rId49">
        <w:r>
          <w:rPr>
            <w:color w:val="007D79"/>
          </w:rPr>
          <w:t>Google Search's guidance on using third-party SEO tools, services, and advice · Think critically about using third-party SEO tools and services</w:t>
        </w:r>
      </w:hyperlink>
    </w:p>
    <w:p>
      <w:pPr>
        <w:pStyle w:val="Heading3"/>
      </w:pPr>
      <w:r>
        <w:t>Google-selected canonical</w:t>
      </w:r>
    </w:p>
    <w:p>
      <w:r>
        <w:t>The representative URL Google actually chooses; inspect it when it differs from the publisher’s preference.</w:t>
      </w:r>
    </w:p>
    <w:p>
      <w:pPr>
        <w:pStyle w:val="SourceCitation"/>
      </w:pPr>
      <w:hyperlink r:id="rId50">
        <w:r>
          <w:rPr>
            <w:color w:val="007D79"/>
          </w:rPr>
          <w:t>Fix canonicalization issues · Fix canonicalization issues</w:t>
        </w:r>
      </w:hyperlink>
    </w:p>
    <w:p>
      <w:pPr>
        <w:pStyle w:val="Heading3"/>
      </w:pPr>
      <w:r>
        <w:t>Googlebot</w:t>
      </w:r>
    </w:p>
    <w:p>
      <w:r>
        <w:t>Google’s crawler that fetches pages; its crawl decisions and rate are algorithmic.</w:t>
      </w:r>
    </w:p>
    <w:p>
      <w:pPr>
        <w:pStyle w:val="SourceCitation"/>
      </w:pPr>
      <w:hyperlink r:id="rId51">
        <w:r>
          <w:rPr>
            <w:color w:val="007D79"/>
          </w:rPr>
          <w:t>In-depth guide to how Google Search works · Crawling</w:t>
        </w:r>
      </w:hyperlink>
    </w:p>
    <w:p>
      <w:pPr>
        <w:pStyle w:val="Heading3"/>
      </w:pPr>
      <w:r>
        <w:t>Hosting migration</w:t>
      </w:r>
    </w:p>
    <w:p>
      <w:r>
        <w:t>Changing hosting infrastructure while retaining existing URLs; verify the new environment and DNS transition.</w:t>
      </w:r>
    </w:p>
    <w:p>
      <w:pPr>
        <w:pStyle w:val="SourceCitation"/>
      </w:pPr>
      <w:hyperlink r:id="rId52">
        <w:r>
          <w:rPr>
            <w:color w:val="007D79"/>
          </w:rPr>
          <w:t>Changing your hosting · Changing your hosting</w:t>
        </w:r>
      </w:hyperlink>
    </w:p>
    <w:p>
      <w:pPr>
        <w:pStyle w:val="Heading3"/>
      </w:pPr>
      <w:r>
        <w:t>hreflang</w:t>
      </w:r>
    </w:p>
    <w:p>
      <w:r>
        <w:t>An annotation identifying alternative language or regional versions of a page.</w:t>
      </w:r>
    </w:p>
    <w:p>
      <w:pPr>
        <w:pStyle w:val="SourceCitation"/>
      </w:pPr>
      <w:hyperlink r:id="rId53">
        <w:r>
          <w:rPr>
            <w:color w:val="007D79"/>
          </w:rPr>
          <w:t>Maintaining your website's SEO · Internationalized or multi-lingual sites</w:t>
        </w:r>
      </w:hyperlink>
    </w:p>
    <w:p>
      <w:pPr>
        <w:pStyle w:val="Heading3"/>
      </w:pPr>
      <w:r>
        <w:t>Image sitemap</w:t>
      </w:r>
    </w:p>
    <w:p>
      <w:r>
        <w:t>Image information added to a sitemap, either alongside page URLs or in a separate sitemap.</w:t>
      </w:r>
    </w:p>
    <w:p>
      <w:pPr>
        <w:pStyle w:val="SourceCitation"/>
      </w:pPr>
      <w:hyperlink r:id="rId54">
        <w:r>
          <w:rPr>
            <w:color w:val="007D79"/>
          </w:rPr>
          <w:t>Image sitemaps · Image sitemaps</w:t>
        </w:r>
      </w:hyperlink>
    </w:p>
    <w:p>
      <w:pPr>
        <w:pStyle w:val="Heading3"/>
      </w:pPr>
      <w:r>
        <w:t>indexifembedded</w:t>
      </w:r>
    </w:p>
    <w:p>
      <w:r>
        <w:t>With noindex, permits indexing when content is embedded through an iframe or similar tag; alone it has no effect.</w:t>
      </w:r>
    </w:p>
    <w:p>
      <w:pPr>
        <w:pStyle w:val="SourceCitation"/>
      </w:pPr>
      <w:hyperlink r:id="rId55">
        <w:r>
          <w:rPr>
            <w:color w:val="007D79"/>
          </w:rPr>
          <w:t>Robots meta tag, data-nosnippet , and X-Robots-Tag specifications · Valid indexing and serving rules</w:t>
        </w:r>
      </w:hyperlink>
    </w:p>
    <w:p>
      <w:pPr>
        <w:pStyle w:val="Heading3"/>
      </w:pPr>
      <w:r>
        <w:t>Indexing</w:t>
      </w:r>
    </w:p>
    <w:p>
      <w:r>
        <w:t>Analyzing a page and its text, images, video and metadata, and potentially storing information in Google’s index.</w:t>
      </w:r>
    </w:p>
    <w:p>
      <w:pPr>
        <w:pStyle w:val="SourceCitation"/>
      </w:pPr>
      <w:hyperlink r:id="rId56">
        <w:r>
          <w:rPr>
            <w:color w:val="007D79"/>
          </w:rPr>
          <w:t>In-depth guide to how Google Search works · Indexing</w:t>
        </w:r>
      </w:hyperlink>
    </w:p>
    <w:p>
      <w:pPr>
        <w:pStyle w:val="Heading3"/>
      </w:pPr>
      <w:r>
        <w:t>INP</w:t>
      </w:r>
    </w:p>
    <w:p>
      <w:r>
        <w:t>Interaction to Next Paint measures responsiveness; a good value is at most 200 milliseconds at the 75th percentile.</w:t>
      </w:r>
    </w:p>
    <w:p>
      <w:pPr>
        <w:pStyle w:val="SourceCitation"/>
      </w:pPr>
      <w:hyperlink r:id="rId26">
        <w:r>
          <w:rPr>
            <w:color w:val="007D79"/>
          </w:rPr>
          <w:t>Understanding Core Web Vitals and Google search results · Core Web Vitals metrics</w:t>
        </w:r>
      </w:hyperlink>
    </w:p>
    <w:p>
      <w:pPr>
        <w:pStyle w:val="Heading3"/>
      </w:pPr>
      <w:r>
        <w:t>Intrusive interstitial</w:t>
      </w:r>
    </w:p>
    <w:p>
      <w:r>
        <w:t>An overlay or intermediate experience that obstructs access to expected main content; legal requirements have different considerations.</w:t>
      </w:r>
    </w:p>
    <w:p>
      <w:pPr>
        <w:pStyle w:val="SourceCitation"/>
      </w:pPr>
      <w:hyperlink r:id="rId57">
        <w:r>
          <w:rPr>
            <w:color w:val="007D79"/>
          </w:rPr>
          <w:t>Avoid intrusive interstitials and dialogs · Use banners instead of interstitials</w:t>
        </w:r>
      </w:hyperlink>
    </w:p>
    <w:p>
      <w:pPr>
        <w:pStyle w:val="Heading3"/>
      </w:pPr>
      <w:r>
        <w:t>IPTC DigitalSourceType</w:t>
      </w:r>
    </w:p>
    <w:p>
      <w:r>
        <w:t>Image provenance metadata; Merchant Center requires TrainedAlgorithmicMedia metadata for AI-generated images.</w:t>
      </w:r>
    </w:p>
    <w:p>
      <w:pPr>
        <w:pStyle w:val="SourceCitation"/>
      </w:pPr>
      <w:hyperlink r:id="rId58">
        <w:r>
          <w:rPr>
            <w:color w:val="007D79"/>
          </w:rPr>
          <w:t>Google Search's guidance on using generative AI content on your website · Give users context</w:t>
        </w:r>
      </w:hyperlink>
    </w:p>
    <w:p>
      <w:pPr>
        <w:pStyle w:val="Heading3"/>
      </w:pPr>
      <w:r>
        <w:t>Job sites feature</w:t>
      </w:r>
    </w:p>
    <w:p>
      <w:r>
        <w:t>A regional job-site aggregator presentation and refinement chip; it is distinct from the JobPosting structured-data feature.</w:t>
      </w:r>
    </w:p>
    <w:p>
      <w:pPr>
        <w:pStyle w:val="SourceCitation"/>
      </w:pPr>
      <w:hyperlink r:id="rId59">
        <w:r>
          <w:rPr>
            <w:color w:val="007D79"/>
          </w:rPr>
          <w:t>Job sites: aggregator carousel and refinement chip · Job sites: aggregator carousel and refinement chip</w:t>
        </w:r>
      </w:hyperlink>
    </w:p>
    <w:p>
      <w:pPr>
        <w:pStyle w:val="Heading3"/>
      </w:pPr>
      <w:r>
        <w:t>JSON-LD</w:t>
      </w:r>
    </w:p>
    <w:p>
      <w:r>
        <w:t>A supported structured-data format placing linked data in a JSON script block; Google generally recommends it.</w:t>
      </w:r>
    </w:p>
    <w:p>
      <w:pPr>
        <w:pStyle w:val="SourceCitation"/>
      </w:pPr>
      <w:hyperlink r:id="rId60">
        <w:r>
          <w:rPr>
            <w:color w:val="007D79"/>
          </w:rPr>
          <w:t>Introduction to structured data markup in Google Search · Get started with structured data</w:t>
        </w:r>
      </w:hyperlink>
    </w:p>
    <w:p>
      <w:pPr>
        <w:pStyle w:val="Heading3"/>
      </w:pPr>
      <w:r>
        <w:t>lastmod</w:t>
      </w:r>
    </w:p>
    <w:p>
      <w:r>
        <w:t>A sitemap timestamp for the last significant update; it must reflect actual changes rather than routine regeneration.</w:t>
      </w:r>
    </w:p>
    <w:p>
      <w:pPr>
        <w:pStyle w:val="SourceCitation"/>
      </w:pPr>
      <w:hyperlink r:id="rId61">
        <w:r>
          <w:rPr>
            <w:color w:val="007D79"/>
          </w:rPr>
          <w:t>Build and submit a sitemap · Additional notes about XML sitemaps</w:t>
        </w:r>
      </w:hyperlink>
    </w:p>
    <w:p>
      <w:pPr>
        <w:pStyle w:val="Heading3"/>
      </w:pPr>
      <w:r>
        <w:t>Lazy loading</w:t>
      </w:r>
    </w:p>
    <w:p>
      <w:r>
        <w:t>Deferring resources or content until needed; make loading possible when visible in the viewport without user interaction.</w:t>
      </w:r>
    </w:p>
    <w:p>
      <w:pPr>
        <w:pStyle w:val="SourceCitation"/>
      </w:pPr>
      <w:hyperlink r:id="rId62">
        <w:r>
          <w:rPr>
            <w:color w:val="007D79"/>
          </w:rPr>
          <w:t>Fix lazy-loaded content · Load content when it's visible in the viewport</w:t>
        </w:r>
      </w:hyperlink>
    </w:p>
    <w:p>
      <w:pPr>
        <w:pStyle w:val="Heading3"/>
      </w:pPr>
      <w:r>
        <w:t>LCP</w:t>
      </w:r>
    </w:p>
    <w:p>
      <w:r>
        <w:t>Largest Contentful Paint measures loading performance; a good value is at most 2.5 seconds at the 75th percentile.</w:t>
      </w:r>
    </w:p>
    <w:p>
      <w:pPr>
        <w:pStyle w:val="SourceCitation"/>
      </w:pPr>
      <w:hyperlink r:id="rId26">
        <w:r>
          <w:rPr>
            <w:color w:val="007D79"/>
          </w:rPr>
          <w:t>Understanding Core Web Vitals and Google search results · Core Web Vitals metrics</w:t>
        </w:r>
      </w:hyperlink>
    </w:p>
    <w:p>
      <w:pPr>
        <w:pStyle w:val="Heading3"/>
      </w:pPr>
      <w:r>
        <w:t>Lead-in</w:t>
      </w:r>
    </w:p>
    <w:p>
      <w:r>
        <w:t>Showing part of an article before requiring payment or subscription to access the remainder.</w:t>
      </w:r>
    </w:p>
    <w:p>
      <w:pPr>
        <w:pStyle w:val="SourceCitation"/>
      </w:pPr>
      <w:hyperlink r:id="rId46">
        <w:r>
          <w:rPr>
            <w:color w:val="007D79"/>
          </w:rPr>
          <w:t>Flexible Sampling general guidance · Flexible Sampling general guidance</w:t>
        </w:r>
      </w:hyperlink>
    </w:p>
    <w:p>
      <w:pPr>
        <w:pStyle w:val="Heading3"/>
      </w:pPr>
      <w:r>
        <w:t>llms.txt</w:t>
      </w:r>
    </w:p>
    <w:p>
      <w:r>
        <w:t>A machine-readable file some services may use; Google Search says it ignores such files for visibility and ranking.</w:t>
      </w:r>
    </w:p>
    <w:p>
      <w:pPr>
        <w:pStyle w:val="SourceCitation"/>
      </w:pPr>
      <w:hyperlink r:id="rId63">
        <w:r>
          <w:rPr>
            <w:color w:val="007D79"/>
          </w:rPr>
          <w:t>Optimizing your website for generative AI features on Google Search · Mythbusting generative AI search: what you don't need to do</w:t>
        </w:r>
      </w:hyperlink>
    </w:p>
    <w:p>
      <w:pPr>
        <w:pStyle w:val="Heading3"/>
      </w:pPr>
      <w:r>
        <w:t>Main content</w:t>
      </w:r>
    </w:p>
    <w:p>
      <w:r>
        <w:t>Any part of a page directly helping it fulfill its purpose, including text, media, tools, relevant user contributions and tabbed information.</w:t>
      </w:r>
    </w:p>
    <w:p>
      <w:pPr>
        <w:pStyle w:val="SourceCitation"/>
      </w:pPr>
      <w:hyperlink r:id="rId64">
        <w:r>
          <w:rPr>
            <w:color w:val="007D79"/>
          </w:rPr>
          <w:t>Creating helpful, reliable, people-first content · Main content</w:t>
        </w:r>
      </w:hyperlink>
    </w:p>
    <w:p>
      <w:pPr>
        <w:pStyle w:val="Heading3"/>
      </w:pPr>
      <w:r>
        <w:t>max-image-preview</w:t>
      </w:r>
    </w:p>
    <w:p>
      <w:r>
        <w:t>A directive controlling allowed image-preview size: none, standard or large.</w:t>
      </w:r>
    </w:p>
    <w:p>
      <w:pPr>
        <w:pStyle w:val="SourceCitation"/>
      </w:pPr>
      <w:hyperlink r:id="rId55">
        <w:r>
          <w:rPr>
            <w:color w:val="007D79"/>
          </w:rPr>
          <w:t>Robots meta tag, data-nosnippet , and X-Robots-Tag specifications · Valid indexing and serving rules</w:t>
        </w:r>
      </w:hyperlink>
    </w:p>
    <w:p>
      <w:pPr>
        <w:pStyle w:val="Heading3"/>
      </w:pPr>
      <w:r>
        <w:t>max-snippet</w:t>
      </w:r>
    </w:p>
    <w:p>
      <w:r>
        <w:t>A directive setting the maximum text-snippet length in characters; -1 permits no specified limit and 0 prevents text snippets.</w:t>
      </w:r>
    </w:p>
    <w:p>
      <w:pPr>
        <w:pStyle w:val="SourceCitation"/>
      </w:pPr>
      <w:hyperlink r:id="rId55">
        <w:r>
          <w:rPr>
            <w:color w:val="007D79"/>
          </w:rPr>
          <w:t>Robots meta tag, data-nosnippet , and X-Robots-Tag specifications · Valid indexing and serving rules</w:t>
        </w:r>
      </w:hyperlink>
    </w:p>
    <w:p>
      <w:pPr>
        <w:pStyle w:val="Heading3"/>
      </w:pPr>
      <w:r>
        <w:t>max-video-preview</w:t>
      </w:r>
    </w:p>
    <w:p>
      <w:r>
        <w:t>A directive setting the video-preview length in seconds; -1 permits no specified limit and 0 allows a static image.</w:t>
      </w:r>
    </w:p>
    <w:p>
      <w:pPr>
        <w:pStyle w:val="SourceCitation"/>
      </w:pPr>
      <w:hyperlink r:id="rId55">
        <w:r>
          <w:rPr>
            <w:color w:val="007D79"/>
          </w:rPr>
          <w:t>Robots meta tag, data-nosnippet , and X-Robots-Tag specifications · Valid indexing and serving rules</w:t>
        </w:r>
      </w:hyperlink>
    </w:p>
    <w:p>
      <w:pPr>
        <w:pStyle w:val="Heading3"/>
      </w:pPr>
      <w:r>
        <w:t>Merchant Center</w:t>
      </w:r>
    </w:p>
    <w:p>
      <w:r>
        <w:t>A Google product for supplying product information, including feeds, that can help products appear in Search and AI responses.</w:t>
      </w:r>
    </w:p>
    <w:p>
      <w:pPr>
        <w:pStyle w:val="SourceCitation"/>
      </w:pPr>
      <w:hyperlink r:id="rId47">
        <w:r>
          <w:rPr>
            <w:color w:val="007D79"/>
          </w:rPr>
          <w:t>Optimizing your website for generative AI features on Google Search · Optimize your local business and ecommerce details</w:t>
        </w:r>
      </w:hyperlink>
    </w:p>
    <w:p>
      <w:pPr>
        <w:pStyle w:val="Heading3"/>
      </w:pPr>
      <w:r>
        <w:t>Meta description</w:t>
      </w:r>
    </w:p>
    <w:p>
      <w:r>
        <w:t>A page-level summary that Google may use for a snippet; page content and the user’s query can produce a different snippet.</w:t>
      </w:r>
    </w:p>
    <w:p>
      <w:pPr>
        <w:pStyle w:val="SourceCitation"/>
      </w:pPr>
      <w:hyperlink r:id="rId65">
        <w:r>
          <w:rPr>
            <w:color w:val="007D79"/>
          </w:rPr>
          <w:t>Control your snippets in search results · How snippets are created</w:t>
        </w:r>
      </w:hyperlink>
    </w:p>
    <w:p>
      <w:pPr>
        <w:pStyle w:val="Heading3"/>
      </w:pPr>
      <w:r>
        <w:t>Metering</w:t>
      </w:r>
    </w:p>
    <w:p>
      <w:r>
        <w:t>Offering a limited number of free articles before requiring a subscription.</w:t>
      </w:r>
    </w:p>
    <w:p>
      <w:pPr>
        <w:pStyle w:val="SourceCitation"/>
      </w:pPr>
      <w:hyperlink r:id="rId46">
        <w:r>
          <w:rPr>
            <w:color w:val="007D79"/>
          </w:rPr>
          <w:t>Flexible Sampling general guidance · Flexible Sampling general guidance</w:t>
        </w:r>
      </w:hyperlink>
    </w:p>
    <w:p>
      <w:pPr>
        <w:pStyle w:val="Heading3"/>
      </w:pPr>
      <w:r>
        <w:t>Microdata</w:t>
      </w:r>
    </w:p>
    <w:p>
      <w:r>
        <w:t>A supported structured-data format using HTML attributes to associate properties with visible content.</w:t>
      </w:r>
    </w:p>
    <w:p>
      <w:pPr>
        <w:pStyle w:val="SourceCitation"/>
      </w:pPr>
      <w:hyperlink r:id="rId60">
        <w:r>
          <w:rPr>
            <w:color w:val="007D79"/>
          </w:rPr>
          <w:t>Introduction to structured data markup in Google Search · Get started with structured data</w:t>
        </w:r>
      </w:hyperlink>
    </w:p>
    <w:p>
      <w:pPr>
        <w:pStyle w:val="Heading3"/>
      </w:pPr>
      <w:r>
        <w:t>Mobile-first indexing</w:t>
      </w:r>
    </w:p>
    <w:p>
      <w:r>
        <w:t>Using the mobile version’s content, fetched by the smartphone crawler, for indexing and ranking.</w:t>
      </w:r>
    </w:p>
    <w:p>
      <w:pPr>
        <w:pStyle w:val="SourceCitation"/>
      </w:pPr>
      <w:hyperlink r:id="rId66">
        <w:r>
          <w:rPr>
            <w:color w:val="007D79"/>
          </w:rPr>
          <w:t>Mobile site and mobile-first indexing best practices · Mobile site and mobile-first indexing best practices</w:t>
        </w:r>
      </w:hyperlink>
    </w:p>
    <w:p>
      <w:pPr>
        <w:pStyle w:val="Heading3"/>
      </w:pPr>
      <w:r>
        <w:t>mRSS</w:t>
      </w:r>
    </w:p>
    <w:p>
      <w:r>
        <w:t>A supported Media RSS alternative for supplying video information to Google.</w:t>
      </w:r>
    </w:p>
    <w:p>
      <w:pPr>
        <w:pStyle w:val="SourceCitation"/>
      </w:pPr>
      <w:hyperlink r:id="rId67">
        <w:r>
          <w:rPr>
            <w:color w:val="007D79"/>
          </w:rPr>
          <w:t>Video sitemaps and alternatives · Sitemap alternative: mRSS</w:t>
        </w:r>
      </w:hyperlink>
    </w:p>
    <w:p>
      <w:pPr>
        <w:pStyle w:val="Heading3"/>
      </w:pPr>
      <w:r>
        <w:t>Neural matching</w:t>
      </w:r>
    </w:p>
    <w:p>
      <w:r>
        <w:t>An AI system that understands representations of concepts in queries and pages and matches them.</w:t>
      </w:r>
    </w:p>
    <w:p>
      <w:pPr>
        <w:pStyle w:val="SourceCitation"/>
      </w:pPr>
      <w:hyperlink r:id="rId23">
        <w:r>
          <w:rPr>
            <w:color w:val="007D79"/>
          </w:rPr>
          <w:t>A guide to Google Search ranking systems · BERT</w:t>
        </w:r>
      </w:hyperlink>
    </w:p>
    <w:p>
      <w:pPr>
        <w:pStyle w:val="Heading3"/>
      </w:pPr>
      <w:r>
        <w:t>News sitemap</w:t>
      </w:r>
    </w:p>
    <w:p>
      <w:r>
        <w:t>A sitemap extension for news articles; keep news entries limited to articles published in the previous two days.</w:t>
      </w:r>
    </w:p>
    <w:p>
      <w:pPr>
        <w:pStyle w:val="SourceCitation"/>
      </w:pPr>
      <w:hyperlink r:id="rId68">
        <w:r>
          <w:rPr>
            <w:color w:val="007D79"/>
          </w:rPr>
          <w:t>News sitemaps · News sitemap best practices</w:t>
        </w:r>
      </w:hyperlink>
    </w:p>
    <w:p>
      <w:pPr>
        <w:pStyle w:val="Heading3"/>
      </w:pPr>
      <w:r>
        <w:t>noimageindex</w:t>
      </w:r>
    </w:p>
    <w:p>
      <w:r>
        <w:t>A page-level directive preventing indexing of images from that page; an image may still be indexed from another page.</w:t>
      </w:r>
    </w:p>
    <w:p>
      <w:pPr>
        <w:pStyle w:val="SourceCitation"/>
      </w:pPr>
      <w:hyperlink r:id="rId69">
        <w:r>
          <w:rPr>
            <w:color w:val="007D79"/>
          </w:rPr>
          <w:t>Remove images hosted on your site from search results · Remove images with the noindex X-Robots-Tag HTTP header</w:t>
        </w:r>
      </w:hyperlink>
    </w:p>
    <w:p>
      <w:pPr>
        <w:pStyle w:val="Heading3"/>
      </w:pPr>
      <w:r>
        <w:t>noindex</w:t>
      </w:r>
    </w:p>
    <w:p>
      <w:r>
        <w:t>A directive preventing indexing after Google can crawl and process it; it does not make the content private.</w:t>
      </w:r>
    </w:p>
    <w:p>
      <w:pPr>
        <w:pStyle w:val="SourceCitation"/>
      </w:pPr>
      <w:hyperlink r:id="rId70">
        <w:r>
          <w:rPr>
            <w:color w:val="007D79"/>
          </w:rPr>
          <w:t>Block Search indexing with noindex · Implementing noindex</w:t>
        </w:r>
      </w:hyperlink>
    </w:p>
    <w:p>
      <w:pPr>
        <w:pStyle w:val="Heading3"/>
      </w:pPr>
      <w:r>
        <w:t>Non-commodity content</w:t>
      </w:r>
    </w:p>
    <w:p>
      <w:r>
        <w:t>Distinctive information or experienced analysis that adds value beyond common knowledge and recycled summaries.</w:t>
      </w:r>
    </w:p>
    <w:p>
      <w:pPr>
        <w:pStyle w:val="SourceCitation"/>
      </w:pPr>
      <w:hyperlink r:id="rId71">
        <w:r>
          <w:rPr>
            <w:color w:val="007D79"/>
          </w:rPr>
          <w:t>Optimizing your website for generative AI features on Google Search · Create valuable, non-commodity content for your audience</w:t>
        </w:r>
      </w:hyperlink>
    </w:p>
    <w:p>
      <w:pPr>
        <w:pStyle w:val="Heading3"/>
      </w:pPr>
      <w:r>
        <w:t>nosnippet</w:t>
      </w:r>
    </w:p>
    <w:p>
      <w:r>
        <w:t>A directive preventing text snippets and video previews in Search; it differs from excluding the page from indexing.</w:t>
      </w:r>
    </w:p>
    <w:p>
      <w:pPr>
        <w:pStyle w:val="SourceCitation"/>
      </w:pPr>
      <w:hyperlink r:id="rId55">
        <w:r>
          <w:rPr>
            <w:color w:val="007D79"/>
          </w:rPr>
          <w:t>Robots meta tag, data-nosnippet , and X-Robots-Tag specifications · Valid indexing and serving rules</w:t>
        </w:r>
      </w:hyperlink>
    </w:p>
    <w:p>
      <w:pPr>
        <w:pStyle w:val="Heading3"/>
      </w:pPr>
      <w:r>
        <w:t>Package tracking feature</w:t>
      </w:r>
    </w:p>
    <w:p>
      <w:r>
        <w:t>An early-adopter carrier integration for shipment status; the current guide says it is not accepting new partners.</w:t>
      </w:r>
    </w:p>
    <w:p>
      <w:pPr>
        <w:pStyle w:val="SourceCitation"/>
      </w:pPr>
      <w:hyperlink r:id="rId72">
        <w:r>
          <w:rPr>
            <w:color w:val="007D79"/>
          </w:rPr>
          <w:t>Package tracking Early Adopters Program · Package tracking Early Adopters Program</w:t>
        </w:r>
      </w:hyperlink>
    </w:p>
    <w:p>
      <w:pPr>
        <w:pStyle w:val="Heading3"/>
      </w:pPr>
      <w:r>
        <w:t>PageRank</w:t>
      </w:r>
    </w:p>
    <w:p>
      <w:r>
        <w:t>A link-analysis system that remains part of Google’s ranking systems; links are not the whole ranking process.</w:t>
      </w:r>
    </w:p>
    <w:p>
      <w:pPr>
        <w:pStyle w:val="SourceCitation"/>
      </w:pPr>
      <w:hyperlink r:id="rId73">
        <w:r>
          <w:rPr>
            <w:color w:val="007D79"/>
          </w:rPr>
          <w:t>Search Engine Optimization (SEO) Starter Guide · Things we believe you shouldn't focus on</w:t>
        </w:r>
      </w:hyperlink>
    </w:p>
    <w:p>
      <w:pPr>
        <w:pStyle w:val="Heading3"/>
      </w:pPr>
      <w:r>
        <w:t>People-first content</w:t>
      </w:r>
    </w:p>
    <w:p>
      <w:r>
        <w:t>Content created primarily to help an intended human audience rather than manipulate search rankings.</w:t>
      </w:r>
    </w:p>
    <w:p>
      <w:pPr>
        <w:pStyle w:val="SourceCitation"/>
      </w:pPr>
      <w:hyperlink r:id="rId74">
        <w:r>
          <w:rPr>
            <w:color w:val="007D79"/>
          </w:rPr>
          <w:t>Creating helpful, reliable, people-first content · Focus on people-first content</w:t>
        </w:r>
      </w:hyperlink>
    </w:p>
    <w:p>
      <w:pPr>
        <w:pStyle w:val="Heading3"/>
      </w:pPr>
      <w:r>
        <w:t>Places sites feature</w:t>
      </w:r>
    </w:p>
    <w:p>
      <w:r>
        <w:t>A regional presentation and refinement option for sites supplying place information; availability is feature-specific.</w:t>
      </w:r>
    </w:p>
    <w:p>
      <w:pPr>
        <w:pStyle w:val="SourceCitation"/>
      </w:pPr>
      <w:hyperlink r:id="rId75">
        <w:r>
          <w:rPr>
            <w:color w:val="007D79"/>
          </w:rPr>
          <w:t>Places sites: aggregator carousel and refinement chip · Places sites: aggregator carousel and refinement chip</w:t>
        </w:r>
      </w:hyperlink>
    </w:p>
    <w:p>
      <w:pPr>
        <w:pStyle w:val="Heading3"/>
      </w:pPr>
      <w:r>
        <w:t>Preferred source</w:t>
      </w:r>
    </w:p>
    <w:p>
      <w:r>
        <w:t>A source a user selects to appear more often for relevant stories in Top Stories; it does not guarantee exclusive results.</w:t>
      </w:r>
    </w:p>
    <w:p>
      <w:pPr>
        <w:pStyle w:val="SourceCitation"/>
      </w:pPr>
      <w:hyperlink r:id="rId76">
        <w:r>
          <w:rPr>
            <w:color w:val="007D79"/>
          </w:rPr>
          <w:t>Help your readers find your site through preferred sources in Google Search · Help your readers find your site through preferred sources in Google Search</w:t>
        </w:r>
      </w:hyperlink>
    </w:p>
    <w:p>
      <w:pPr>
        <w:pStyle w:val="Heading3"/>
      </w:pPr>
      <w:r>
        <w:t>Query fan-out</w:t>
      </w:r>
    </w:p>
    <w:p>
      <w:r>
        <w:t>Concurrent related queries generated to gather additional information for an original user query.</w:t>
      </w:r>
    </w:p>
    <w:p>
      <w:pPr>
        <w:pStyle w:val="SourceCitation"/>
      </w:pPr>
      <w:hyperlink r:id="rId17">
        <w:r>
          <w:rPr>
            <w:color w:val="007D79"/>
          </w:rPr>
          <w:t>Optimizing your website for generative AI features on Google Search · Is SEO still relevant for generative AI search?</w:t>
        </w:r>
      </w:hyperlink>
    </w:p>
    <w:p>
      <w:pPr>
        <w:pStyle w:val="Heading3"/>
      </w:pPr>
      <w:r>
        <w:t>RAG</w:t>
      </w:r>
    </w:p>
    <w:p>
      <w:r>
        <w:t>Retrieval-augmented generation: grounding an AI response in relevant, current pages retrieved through core Search systems.</w:t>
      </w:r>
    </w:p>
    <w:p>
      <w:pPr>
        <w:pStyle w:val="SourceCitation"/>
      </w:pPr>
      <w:hyperlink r:id="rId17">
        <w:r>
          <w:rPr>
            <w:color w:val="007D79"/>
          </w:rPr>
          <w:t>Optimizing your website for generative AI features on Google Search · Is SEO still relevant for generative AI search?</w:t>
        </w:r>
      </w:hyperlink>
    </w:p>
    <w:p>
      <w:pPr>
        <w:pStyle w:val="Heading3"/>
      </w:pPr>
      <w:r>
        <w:t>RankBrain</w:t>
      </w:r>
    </w:p>
    <w:p>
      <w:r>
        <w:t>An AI system that relates words to concepts, helping find relevant content even without the exact query wording.</w:t>
      </w:r>
    </w:p>
    <w:p>
      <w:pPr>
        <w:pStyle w:val="SourceCitation"/>
      </w:pPr>
      <w:hyperlink r:id="rId23">
        <w:r>
          <w:rPr>
            <w:color w:val="007D79"/>
          </w:rPr>
          <w:t>A guide to Google Search ranking systems · BERT</w:t>
        </w:r>
      </w:hyperlink>
    </w:p>
    <w:p>
      <w:pPr>
        <w:pStyle w:val="Heading3"/>
      </w:pPr>
      <w:r>
        <w:t>RDFa</w:t>
      </w:r>
    </w:p>
    <w:p>
      <w:r>
        <w:t>A supported structured-data format using HTML attributes to express linked-data properties.</w:t>
      </w:r>
    </w:p>
    <w:p>
      <w:pPr>
        <w:pStyle w:val="SourceCitation"/>
      </w:pPr>
      <w:hyperlink r:id="rId60">
        <w:r>
          <w:rPr>
            <w:color w:val="007D79"/>
          </w:rPr>
          <w:t>Introduction to structured data markup in Google Search · Get started with structured data</w:t>
        </w:r>
      </w:hyperlink>
    </w:p>
    <w:p>
      <w:pPr>
        <w:pStyle w:val="Heading3"/>
      </w:pPr>
      <w:r>
        <w:t>Redirect chain</w:t>
      </w:r>
    </w:p>
    <w:p>
      <w:r>
        <w:t>A sequence of redirects before the final destination; avoid unnecessary hops during migrations.</w:t>
      </w:r>
    </w:p>
    <w:p>
      <w:pPr>
        <w:pStyle w:val="SourceCitation"/>
      </w:pPr>
      <w:hyperlink r:id="rId77">
        <w:r>
          <w:rPr>
            <w:color w:val="007D79"/>
          </w:rPr>
          <w:t>How to move a site · Plan your redirect strategy</w:t>
        </w:r>
      </w:hyperlink>
    </w:p>
    <w:p>
      <w:pPr>
        <w:pStyle w:val="Heading3"/>
      </w:pPr>
      <w:r>
        <w:t>rel=canonical</w:t>
      </w:r>
    </w:p>
    <w:p>
      <w:r>
        <w:t>A declaration of the publisher’s preferred representative URL; it is a strong signal rather than an absolute command.</w:t>
      </w:r>
    </w:p>
    <w:p>
      <w:pPr>
        <w:pStyle w:val="SourceCitation"/>
      </w:pPr>
      <w:hyperlink r:id="rId78">
        <w:r>
          <w:rPr>
            <w:color w:val="007D79"/>
          </w:rPr>
          <w:t>How to specify a canonical URL with rel="canonical" and other methods · How to specify a canonical URL with rel="canonical" and other methods</w:t>
        </w:r>
      </w:hyperlink>
    </w:p>
    <w:p>
      <w:pPr>
        <w:pStyle w:val="Heading3"/>
      </w:pPr>
      <w:r>
        <w:t>rel=nofollow</w:t>
      </w:r>
    </w:p>
    <w:p>
      <w:r>
        <w:t>A qualification for a link relationship the publisher does not endorse; it does not guarantee the target is never crawled or indexed.</w:t>
      </w:r>
    </w:p>
    <w:p>
      <w:pPr>
        <w:pStyle w:val="SourceCitation"/>
      </w:pPr>
      <w:hyperlink r:id="rId79">
        <w:r>
          <w:rPr>
            <w:color w:val="007D79"/>
          </w:rPr>
          <w:t>Qualify your outbound links to Google · Qualify your outbound links to Google</w:t>
        </w:r>
      </w:hyperlink>
    </w:p>
    <w:p>
      <w:pPr>
        <w:pStyle w:val="Heading3"/>
      </w:pPr>
      <w:r>
        <w:t>rel=sponsored</w:t>
      </w:r>
    </w:p>
    <w:p>
      <w:r>
        <w:t>A link qualification for advertising, sponsorship or other paid placements.</w:t>
      </w:r>
    </w:p>
    <w:p>
      <w:pPr>
        <w:pStyle w:val="SourceCitation"/>
      </w:pPr>
      <w:hyperlink r:id="rId79">
        <w:r>
          <w:rPr>
            <w:color w:val="007D79"/>
          </w:rPr>
          <w:t>Qualify your outbound links to Google · Qualify your outbound links to Google</w:t>
        </w:r>
      </w:hyperlink>
    </w:p>
    <w:p>
      <w:pPr>
        <w:pStyle w:val="Heading3"/>
      </w:pPr>
      <w:r>
        <w:t>rel=ugc</w:t>
      </w:r>
    </w:p>
    <w:p>
      <w:r>
        <w:t>A link qualification for user-generated contributions such as forum posts and comments.</w:t>
      </w:r>
    </w:p>
    <w:p>
      <w:pPr>
        <w:pStyle w:val="SourceCitation"/>
      </w:pPr>
      <w:hyperlink r:id="rId79">
        <w:r>
          <w:rPr>
            <w:color w:val="007D79"/>
          </w:rPr>
          <w:t>Qualify your outbound links to Google · Qualify your outbound links to Google</w:t>
        </w:r>
      </w:hyperlink>
    </w:p>
    <w:p>
      <w:pPr>
        <w:pStyle w:val="Heading3"/>
      </w:pPr>
      <w:r>
        <w:t>Rendering</w:t>
      </w:r>
    </w:p>
    <w:p>
      <w:r>
        <w:t>Processing a page, including supported JavaScript, to obtain the content a browser would display.</w:t>
      </w:r>
    </w:p>
    <w:p>
      <w:pPr>
        <w:pStyle w:val="SourceCitation"/>
      </w:pPr>
      <w:hyperlink r:id="rId51">
        <w:r>
          <w:rPr>
            <w:color w:val="007D79"/>
          </w:rPr>
          <w:t>In-depth guide to how Google Search works · Crawling</w:t>
        </w:r>
      </w:hyperlink>
    </w:p>
    <w:p>
      <w:pPr>
        <w:pStyle w:val="Heading3"/>
      </w:pPr>
      <w:r>
        <w:t>Responsive design</w:t>
      </w:r>
    </w:p>
    <w:p>
      <w:r>
        <w:t>A configuration serving the same URL and HTML while adapting its display for devices; Google recommends it for maintainability.</w:t>
      </w:r>
    </w:p>
    <w:p>
      <w:pPr>
        <w:pStyle w:val="SourceCitation"/>
      </w:pPr>
      <w:hyperlink r:id="rId80">
        <w:r>
          <w:rPr>
            <w:color w:val="007D79"/>
          </w:rPr>
          <w:t>Mobile site and mobile-first indexing best practices · Create a mobile-friendly site</w:t>
        </w:r>
      </w:hyperlink>
    </w:p>
    <w:p>
      <w:pPr>
        <w:pStyle w:val="Heading3"/>
      </w:pPr>
      <w:r>
        <w:t>Reviews system</w:t>
      </w:r>
    </w:p>
    <w:p>
      <w:r>
        <w:t>A system rewarding substantial analysis and original review research; it differs from evaluating customer comments on product pages.</w:t>
      </w:r>
    </w:p>
    <w:p>
      <w:pPr>
        <w:pStyle w:val="SourceCitation"/>
      </w:pPr>
      <w:hyperlink r:id="rId81">
        <w:r>
          <w:rPr>
            <w:color w:val="007D79"/>
          </w:rPr>
          <w:t>Google Search's reviews system and your website · How the reviews system works</w:t>
        </w:r>
      </w:hyperlink>
    </w:p>
    <w:p>
      <w:pPr>
        <w:pStyle w:val="Heading3"/>
      </w:pPr>
      <w:r>
        <w:t>Rich result</w:t>
      </w:r>
    </w:p>
    <w:p>
      <w:r>
        <w:t>A Search result with additional presentation features made possible by supported content and compliant markup; display is not guaranteed.</w:t>
      </w:r>
    </w:p>
    <w:p>
      <w:pPr>
        <w:pStyle w:val="SourceCitation"/>
      </w:pPr>
      <w:hyperlink r:id="rId82">
        <w:r>
          <w:rPr>
            <w:color w:val="007D79"/>
          </w:rPr>
          <w:t>Introduction to structured data markup in Google Search · How structured data works in Google Search</w:t>
        </w:r>
      </w:hyperlink>
    </w:p>
    <w:p>
      <w:pPr>
        <w:pStyle w:val="Heading3"/>
      </w:pPr>
      <w:r>
        <w:t>Robots wildcard</w:t>
      </w:r>
    </w:p>
    <w:p>
      <w:r>
        <w:t>The * character matches any character sequence in a robots path; $ marks the end of a URL.</w:t>
      </w:r>
    </w:p>
    <w:p>
      <w:pPr>
        <w:pStyle w:val="SourceCitation"/>
      </w:pPr>
      <w:hyperlink r:id="rId83">
        <w:r>
          <w:rPr>
            <w:color w:val="007D79"/>
          </w:rPr>
          <w:t>How Google interprets the robots.txt specification · URL matching based on path values</w:t>
        </w:r>
      </w:hyperlink>
    </w:p>
    <w:p>
      <w:pPr>
        <w:pStyle w:val="Heading3"/>
      </w:pPr>
      <w:r>
        <w:t>robots.txt</w:t>
      </w:r>
    </w:p>
    <w:p>
      <w:r>
        <w:t>A host-specific file that tells supported crawlers which resources they may request; it is not a privacy mechanism.</w:t>
      </w:r>
    </w:p>
    <w:p>
      <w:pPr>
        <w:pStyle w:val="SourceCitation"/>
      </w:pPr>
      <w:hyperlink r:id="rId84">
        <w:r>
          <w:rPr>
            <w:color w:val="007D79"/>
          </w:rPr>
          <w:t>Introduction to robots.txt · Introduction to robots.txt</w:t>
        </w:r>
      </w:hyperlink>
    </w:p>
    <w:p>
      <w:pPr>
        <w:pStyle w:val="Heading3"/>
      </w:pPr>
      <w:r>
        <w:t>Scaled content abuse</w:t>
      </w:r>
    </w:p>
    <w:p>
      <w:r>
        <w:t>Producing many pages without added user value, particularly to manipulate ranking; using AI does not excuse this behavior.</w:t>
      </w:r>
    </w:p>
    <w:p>
      <w:pPr>
        <w:pStyle w:val="SourceCitation"/>
      </w:pPr>
      <w:hyperlink r:id="rId85">
        <w:r>
          <w:rPr>
            <w:color w:val="007D79"/>
          </w:rPr>
          <w:t>Google Search's guidance on using generative AI content on your website · Google Search's guidance on using generative AI content on your website</w:t>
        </w:r>
      </w:hyperlink>
    </w:p>
    <w:p>
      <w:pPr>
        <w:pStyle w:val="Heading3"/>
      </w:pPr>
      <w:r>
        <w:t>Search profile</w:t>
      </w:r>
    </w:p>
    <w:p>
      <w:r>
        <w:t>A Google profile users can follow to discover content from creators or organizations, including through Discover.</w:t>
      </w:r>
    </w:p>
    <w:p>
      <w:pPr>
        <w:pStyle w:val="SourceCitation"/>
      </w:pPr>
      <w:hyperlink r:id="rId86">
        <w:r>
          <w:rPr>
            <w:color w:val="007D79"/>
          </w:rPr>
          <w:t>Add a Search profile badge to your website · How Search profiles work on Google</w:t>
        </w:r>
      </w:hyperlink>
    </w:p>
    <w:p>
      <w:pPr>
        <w:pStyle w:val="Heading3"/>
      </w:pPr>
      <w:r>
        <w:t>Search quality raters</w:t>
      </w:r>
    </w:p>
    <w:p>
      <w:r>
        <w:t>People who evaluate whether Search systems provide good results; their individual ratings do not directly set rankings.</w:t>
      </w:r>
    </w:p>
    <w:p>
      <w:pPr>
        <w:pStyle w:val="SourceCitation"/>
      </w:pPr>
      <w:hyperlink r:id="rId40">
        <w:r>
          <w:rPr>
            <w:color w:val="007D79"/>
          </w:rPr>
          <w:t>Creating helpful, reliable, people-first content · Get to know E-E-A-T and the quality rater guidelines</w:t>
        </w:r>
      </w:hyperlink>
    </w:p>
    <w:p>
      <w:pPr>
        <w:pStyle w:val="Heading3"/>
      </w:pPr>
      <w:r>
        <w:t>SEO</w:t>
      </w:r>
    </w:p>
    <w:p>
      <w:r>
        <w:t>Helping search engines understand content and helping people find a site and decide whether to visit it.</w:t>
      </w:r>
    </w:p>
    <w:p>
      <w:pPr>
        <w:pStyle w:val="SourceCitation"/>
      </w:pPr>
      <w:hyperlink r:id="rId87">
        <w:r>
          <w:rPr>
            <w:color w:val="007D79"/>
          </w:rPr>
          <w:t>Search Engine Optimization (SEO) Starter Guide · Search Engine Optimization (SEO) Starter Guide</w:t>
        </w:r>
      </w:hyperlink>
    </w:p>
    <w:p>
      <w:pPr>
        <w:pStyle w:val="Heading3"/>
      </w:pPr>
      <w:r>
        <w:t>Server-side rendering</w:t>
      </w:r>
    </w:p>
    <w:p>
      <w:r>
        <w:t>Producing page HTML on the server; it can improve access to content rather than relying entirely on client-side JavaScript.</w:t>
      </w:r>
    </w:p>
    <w:p>
      <w:pPr>
        <w:pStyle w:val="SourceCitation"/>
      </w:pPr>
      <w:hyperlink r:id="rId88">
        <w:r>
          <w:rPr>
            <w:color w:val="007D79"/>
          </w:rPr>
          <w:t>Understand the JavaScript SEO basics · How Google processes JavaScript</w:t>
        </w:r>
      </w:hyperlink>
    </w:p>
    <w:p>
      <w:pPr>
        <w:pStyle w:val="Heading3"/>
      </w:pPr>
      <w:r>
        <w:t>Serving search results</w:t>
      </w:r>
    </w:p>
    <w:p>
      <w:r>
        <w:t>Selecting relevant results from the index in response to a query, considering quality and context.</w:t>
      </w:r>
    </w:p>
    <w:p>
      <w:pPr>
        <w:pStyle w:val="SourceCitation"/>
      </w:pPr>
      <w:hyperlink r:id="rId89">
        <w:r>
          <w:rPr>
            <w:color w:val="007D79"/>
          </w:rPr>
          <w:t>In-depth guide to how Google Search works · Serving search results</w:t>
        </w:r>
      </w:hyperlink>
    </w:p>
    <w:p>
      <w:pPr>
        <w:pStyle w:val="Heading3"/>
      </w:pPr>
      <w:r>
        <w:t>Single-page application</w:t>
      </w:r>
    </w:p>
    <w:p>
      <w:r>
        <w:t>An application using one HTML page; each independently meaningful screen or content item still needs a discoverable URL.</w:t>
      </w:r>
    </w:p>
    <w:p>
      <w:pPr>
        <w:pStyle w:val="SourceCitation"/>
      </w:pPr>
      <w:hyperlink r:id="rId90">
        <w:r>
          <w:rPr>
            <w:color w:val="007D79"/>
          </w:rPr>
          <w:t>Get started with Search: a developer's guide · Check your links</w:t>
        </w:r>
      </w:hyperlink>
    </w:p>
    <w:p>
      <w:pPr>
        <w:pStyle w:val="Heading3"/>
      </w:pPr>
      <w:r>
        <w:t>Site name</w:t>
      </w:r>
    </w:p>
    <w:p>
      <w:r>
        <w:t>The name identifying a site in Search, distinct from a page-specific title link.</w:t>
      </w:r>
    </w:p>
    <w:p>
      <w:pPr>
        <w:pStyle w:val="SourceCitation"/>
      </w:pPr>
      <w:hyperlink r:id="rId91">
        <w:r>
          <w:rPr>
            <w:color w:val="007D79"/>
          </w:rPr>
          <w:t>Provide a site name to Google Search · Provide a site name to Google Search</w:t>
        </w:r>
      </w:hyperlink>
    </w:p>
    <w:p>
      <w:pPr>
        <w:pStyle w:val="Heading3"/>
      </w:pPr>
      <w:r>
        <w:t>Sitelinks</w:t>
      </w:r>
    </w:p>
    <w:p>
      <w:r>
        <w:t>Additional links under a result that Google generates automatically from a site’s structure and other signals.</w:t>
      </w:r>
    </w:p>
    <w:p>
      <w:pPr>
        <w:pStyle w:val="SourceCitation"/>
      </w:pPr>
      <w:hyperlink r:id="rId92">
        <w:r>
          <w:rPr>
            <w:color w:val="007D79"/>
          </w:rPr>
          <w:t>Sitelinks · Sitelinks best practices</w:t>
        </w:r>
      </w:hyperlink>
    </w:p>
    <w:p>
      <w:pPr>
        <w:pStyle w:val="Heading3"/>
      </w:pPr>
      <w:r>
        <w:t>Sitemap</w:t>
      </w:r>
    </w:p>
    <w:p>
      <w:r>
        <w:t>A file giving information about pages, videos and other files, and their relationships, to help discovery and crawling.</w:t>
      </w:r>
    </w:p>
    <w:p>
      <w:pPr>
        <w:pStyle w:val="SourceCitation"/>
      </w:pPr>
      <w:hyperlink r:id="rId93">
        <w:r>
          <w:rPr>
            <w:color w:val="007D79"/>
          </w:rPr>
          <w:t>Learn about sitemaps · Learn about sitemaps</w:t>
        </w:r>
      </w:hyperlink>
    </w:p>
    <w:p>
      <w:pPr>
        <w:pStyle w:val="Heading3"/>
      </w:pPr>
      <w:r>
        <w:t>Sitemap index</w:t>
      </w:r>
    </w:p>
    <w:p>
      <w:r>
        <w:t>A file listing multiple sitemap files so large URL inventories can be split and submitted together.</w:t>
      </w:r>
    </w:p>
    <w:p>
      <w:pPr>
        <w:pStyle w:val="SourceCitation"/>
      </w:pPr>
      <w:hyperlink r:id="rId94">
        <w:r>
          <w:rPr>
            <w:color w:val="007D79"/>
          </w:rPr>
          <w:t>Manage your sitemaps with a sitemap index file · Manage your sitemaps with a sitemap index file</w:t>
        </w:r>
      </w:hyperlink>
    </w:p>
    <w:p>
      <w:pPr>
        <w:pStyle w:val="Heading3"/>
      </w:pPr>
      <w:r>
        <w:t>Snippet</w:t>
      </w:r>
    </w:p>
    <w:p>
      <w:r>
        <w:t>A Search result’s descriptive text, generated mainly from page content and sometimes from its meta description.</w:t>
      </w:r>
    </w:p>
    <w:p>
      <w:pPr>
        <w:pStyle w:val="SourceCitation"/>
      </w:pPr>
      <w:hyperlink r:id="rId65">
        <w:r>
          <w:rPr>
            <w:color w:val="007D79"/>
          </w:rPr>
          <w:t>Control your snippets in search results · How snippets are created</w:t>
        </w:r>
      </w:hyperlink>
    </w:p>
    <w:p>
      <w:pPr>
        <w:pStyle w:val="Heading3"/>
      </w:pPr>
      <w:r>
        <w:t>Soft 404</w:t>
      </w:r>
    </w:p>
    <w:p>
      <w:r>
        <w:t>A URL whose content indicates an error or missing page without the appropriate missing-page HTTP response.</w:t>
      </w:r>
    </w:p>
    <w:p>
      <w:pPr>
        <w:pStyle w:val="SourceCitation"/>
      </w:pPr>
      <w:hyperlink r:id="rId95">
        <w:r>
          <w:rPr>
            <w:color w:val="007D79"/>
          </w:rPr>
          <w:t>Troubleshoot Google Search crawling errors · soft 404 errors</w:t>
        </w:r>
      </w:hyperlink>
    </w:p>
    <w:p>
      <w:pPr>
        <w:pStyle w:val="Heading3"/>
      </w:pPr>
      <w:r>
        <w:t>Spam update</w:t>
      </w:r>
    </w:p>
    <w:p>
      <w:r>
        <w:t>A notable improvement to automated spam detection, distinct from the systems’ ongoing detection work.</w:t>
      </w:r>
    </w:p>
    <w:p>
      <w:pPr>
        <w:pStyle w:val="SourceCitation"/>
      </w:pPr>
      <w:hyperlink r:id="rId96">
        <w:r>
          <w:rPr>
            <w:color w:val="007D79"/>
          </w:rPr>
          <w:t>Google Search spam updates and your site · Google Search spam updates and your site</w:t>
        </w:r>
      </w:hyperlink>
    </w:p>
    <w:p>
      <w:pPr>
        <w:pStyle w:val="Heading3"/>
      </w:pPr>
      <w:r>
        <w:t>Structured data</w:t>
      </w:r>
    </w:p>
    <w:p>
      <w:r>
        <w:t>Standardized markup supplying explicit information about a page and classifying its content for supported Search features.</w:t>
      </w:r>
    </w:p>
    <w:p>
      <w:pPr>
        <w:pStyle w:val="SourceCitation"/>
      </w:pPr>
      <w:hyperlink r:id="rId82">
        <w:r>
          <w:rPr>
            <w:color w:val="007D79"/>
          </w:rPr>
          <w:t>Introduction to structured data markup in Google Search · How structured data works in Google Search</w:t>
        </w:r>
      </w:hyperlink>
    </w:p>
    <w:p>
      <w:pPr>
        <w:pStyle w:val="Heading3"/>
      </w:pPr>
      <w:r>
        <w:t>Structured-data carousel beta</w:t>
      </w:r>
    </w:p>
    <w:p>
      <w:r>
        <w:t>A region-limited host carousel with summary and standalone detail pages; it is different from an aggregator unit.</w:t>
      </w:r>
    </w:p>
    <w:p>
      <w:pPr>
        <w:pStyle w:val="SourceCitation"/>
      </w:pPr>
      <w:hyperlink r:id="rId97">
        <w:r>
          <w:rPr>
            <w:color w:val="007D79"/>
          </w:rPr>
          <w:t>Structured data carousels (beta) · Structured data carousels (beta)</w:t>
        </w:r>
      </w:hyperlink>
    </w:p>
    <w:p>
      <w:pPr>
        <w:pStyle w:val="Heading3"/>
      </w:pPr>
      <w:r>
        <w:t>structured_description</w:t>
      </w:r>
    </w:p>
    <w:p>
      <w:r>
        <w:t>The Merchant Center attribute for an AI-generated description, with content and digital_source_type sub-attributes.</w:t>
      </w:r>
    </w:p>
    <w:p>
      <w:pPr>
        <w:pStyle w:val="SourceCitation"/>
      </w:pPr>
      <w:hyperlink r:id="rId58">
        <w:r>
          <w:rPr>
            <w:color w:val="007D79"/>
          </w:rPr>
          <w:t>Google Search's guidance on using generative AI content on your website · Give users context</w:t>
        </w:r>
      </w:hyperlink>
    </w:p>
    <w:p>
      <w:pPr>
        <w:pStyle w:val="Heading3"/>
      </w:pPr>
      <w:r>
        <w:t>structured_title</w:t>
      </w:r>
    </w:p>
    <w:p>
      <w:r>
        <w:t>The Merchant Center attribute for an AI-generated title, with content and digital_source_type sub-attributes.</w:t>
      </w:r>
    </w:p>
    <w:p>
      <w:pPr>
        <w:pStyle w:val="SourceCitation"/>
      </w:pPr>
      <w:hyperlink r:id="rId58">
        <w:r>
          <w:rPr>
            <w:color w:val="007D79"/>
          </w:rPr>
          <w:t>Google Search's guidance on using generative AI content on your website · Give users context</w:t>
        </w:r>
      </w:hyperlink>
    </w:p>
    <w:p>
      <w:pPr>
        <w:pStyle w:val="Heading3"/>
      </w:pPr>
      <w:r>
        <w:t>Supplier unit</w:t>
      </w:r>
    </w:p>
    <w:p>
      <w:r>
        <w:t>A regional presentation of suppliers’ own listings, distinct from aggregator links; consult its specific eligibility guide.</w:t>
      </w:r>
    </w:p>
    <w:p>
      <w:pPr>
        <w:pStyle w:val="SourceCitation"/>
      </w:pPr>
      <w:hyperlink r:id="rId98">
        <w:r>
          <w:rPr>
            <w:color w:val="007D79"/>
          </w:rPr>
          <w:t>Supplier unit in Google Search · How the supplier unit works</w:t>
        </w:r>
      </w:hyperlink>
    </w:p>
    <w:p>
      <w:pPr>
        <w:pStyle w:val="Heading3"/>
      </w:pPr>
      <w:r>
        <w:t>Title link</w:t>
      </w:r>
    </w:p>
    <w:p>
      <w:r>
        <w:t>The clickable headline of a Search result; Google can generate it from several sources, beyond the HTML title.</w:t>
      </w:r>
    </w:p>
    <w:p>
      <w:pPr>
        <w:pStyle w:val="SourceCitation"/>
      </w:pPr>
      <w:hyperlink r:id="rId99">
        <w:r>
          <w:rPr>
            <w:color w:val="007D79"/>
          </w:rPr>
          <w:t>Influencing your title links in search results · How title links in Google Search are created</w:t>
        </w:r>
      </w:hyperlink>
    </w:p>
    <w:p>
      <w:pPr>
        <w:pStyle w:val="Heading3"/>
      </w:pPr>
      <w:r>
        <w:t>Top Places List</w:t>
      </w:r>
    </w:p>
    <w:p>
      <w:r>
        <w:t>A feature showing eligible publisher lists of places; follow the guide’s content and publisher requirements.</w:t>
      </w:r>
    </w:p>
    <w:p>
      <w:pPr>
        <w:pStyle w:val="SourceCitation"/>
      </w:pPr>
      <w:hyperlink r:id="rId100">
        <w:r>
          <w:rPr>
            <w:color w:val="007D79"/>
          </w:rPr>
          <w:t>Top Places List · Top Places List</w:t>
        </w:r>
      </w:hyperlink>
    </w:p>
    <w:p>
      <w:pPr>
        <w:pStyle w:val="Heading3"/>
      </w:pPr>
      <w:r>
        <w:t>Translated result</w:t>
      </w:r>
    </w:p>
    <w:p>
      <w:r>
        <w:t>A result offering a Google-translated page experience when relevant; the publisher does not need to opt in.</w:t>
      </w:r>
    </w:p>
    <w:p>
      <w:pPr>
        <w:pStyle w:val="SourceCitation"/>
      </w:pPr>
      <w:hyperlink r:id="rId101">
        <w:r>
          <w:rPr>
            <w:color w:val="007D79"/>
          </w:rPr>
          <w:t>Translated results in Google Search · Opting in or out of translated results</w:t>
        </w:r>
      </w:hyperlink>
    </w:p>
    <w:p>
      <w:pPr>
        <w:pStyle w:val="Heading3"/>
      </w:pPr>
      <w:r>
        <w:t>URL discovery</w:t>
      </w:r>
    </w:p>
    <w:p>
      <w:r>
        <w:t>Finding that a URL exists, for example through links from known pages or a sitemap; discovery precedes a possible crawl.</w:t>
      </w:r>
    </w:p>
    <w:p>
      <w:pPr>
        <w:pStyle w:val="SourceCitation"/>
      </w:pPr>
      <w:hyperlink r:id="rId51">
        <w:r>
          <w:rPr>
            <w:color w:val="007D79"/>
          </w:rPr>
          <w:t>In-depth guide to how Google Search works · Crawling</w:t>
        </w:r>
      </w:hyperlink>
    </w:p>
    <w:p>
      <w:pPr>
        <w:pStyle w:val="Heading3"/>
      </w:pPr>
      <w:r>
        <w:t>URL Inspection</w:t>
      </w:r>
    </w:p>
    <w:p>
      <w:r>
        <w:t>A Search Console tool for investigating what Google sees and a URL’s crawling, indexing and canonical status.</w:t>
      </w:r>
    </w:p>
    <w:p>
      <w:pPr>
        <w:pStyle w:val="SourceCitation"/>
      </w:pPr>
      <w:hyperlink r:id="rId102">
        <w:r>
          <w:rPr>
            <w:color w:val="007D79"/>
          </w:rPr>
          <w:t>Search Engine Optimization (SEO) Starter Guide · Check if Google can see your page the same way a user does</w:t>
        </w:r>
      </w:hyperlink>
    </w:p>
    <w:p>
      <w:pPr>
        <w:pStyle w:val="Heading3"/>
      </w:pPr>
      <w:r>
        <w:t>URL migration</w:t>
      </w:r>
    </w:p>
    <w:p>
      <w:r>
        <w:t>Moving content to different URLs, requiring destination preparation, URL mapping, redirects and monitoring.</w:t>
      </w:r>
    </w:p>
    <w:p>
      <w:pPr>
        <w:pStyle w:val="SourceCitation"/>
      </w:pPr>
      <w:hyperlink r:id="rId103">
        <w:r>
          <w:rPr>
            <w:color w:val="007D79"/>
          </w:rPr>
          <w:t>How to move a site · Overview</w:t>
        </w:r>
      </w:hyperlink>
    </w:p>
    <w:p>
      <w:pPr>
        <w:pStyle w:val="Heading3"/>
      </w:pPr>
      <w:r>
        <w:t>Video sitemap</w:t>
      </w:r>
    </w:p>
    <w:p>
      <w:r>
        <w:t>A sitemap extension describing videos, including their thumbnail, title, description and content or player location.</w:t>
      </w:r>
    </w:p>
    <w:p>
      <w:pPr>
        <w:pStyle w:val="SourceCitation"/>
      </w:pPr>
      <w:hyperlink r:id="rId104">
        <w:r>
          <w:rPr>
            <w:color w:val="007D79"/>
          </w:rPr>
          <w:t>Video sitemaps and alternatives · mRSS reference</w:t>
        </w:r>
      </w:hyperlink>
    </w:p>
    <w:p>
      <w:pPr>
        <w:pStyle w:val="Heading3"/>
      </w:pPr>
      <w:r>
        <w:t>Watch page</w:t>
      </w:r>
    </w:p>
    <w:p>
      <w:r>
        <w:t>A page whose main purpose is watching a single video; it differs from a page where video is incidental.</w:t>
      </w:r>
    </w:p>
    <w:p>
      <w:pPr>
        <w:pStyle w:val="SourceCitation"/>
      </w:pPr>
      <w:hyperlink r:id="rId105">
        <w:r>
          <w:rPr>
            <w:color w:val="007D79"/>
          </w:rPr>
          <w:t>Video SEO best practices · Create a dedicated watch page for each video</w:t>
        </w:r>
      </w:hyperlink>
    </w:p>
    <w:p>
      <w:pPr>
        <w:pStyle w:val="Heading3"/>
      </w:pPr>
      <w:r>
        <w:t>Web Story</w:t>
      </w:r>
    </w:p>
    <w:p>
      <w:r>
        <w:t>A visual, tap-through content format; Google’s implementation requires valid AMP and specified metadata.</w:t>
      </w:r>
    </w:p>
    <w:p>
      <w:pPr>
        <w:pStyle w:val="SourceCitation"/>
      </w:pPr>
      <w:hyperlink r:id="rId106">
        <w:r>
          <w:rPr>
            <w:color w:val="007D79"/>
          </w:rPr>
          <w:t>Enable Web Stories on Google · Enable Web Stories on Google</w:t>
        </w:r>
      </w:hyperlink>
    </w:p>
    <w:p>
      <w:pPr>
        <w:pStyle w:val="Heading3"/>
      </w:pPr>
      <w:r>
        <w:t>X-Robots-Tag</w:t>
      </w:r>
    </w:p>
    <w:p>
      <w:r>
        <w:t>An HTTP response header carrying indexing or preview directives, including for non-HTML resources such as PDFs.</w:t>
      </w:r>
    </w:p>
    <w:p>
      <w:pPr>
        <w:pStyle w:val="SourceCitation"/>
      </w:pPr>
      <w:hyperlink r:id="rId107">
        <w:r>
          <w:rPr>
            <w:color w:val="007D79"/>
          </w:rPr>
          <w:t>Robots meta tag, data-nosnippet , and X-Robots-Tag specifications · Using the robots meta tag</w:t>
        </w:r>
      </w:hyperlink>
    </w:p>
    <w:p>
      <w:pPr>
        <w:pStyle w:val="Heading3"/>
      </w:pPr>
      <w:r>
        <w:t>XML sitemap</w:t>
      </w:r>
    </w:p>
    <w:p>
      <w:r>
        <w:t>A sitemap format that can include supported extensions for images, video, news and language alternatives.</w:t>
      </w:r>
    </w:p>
    <w:p>
      <w:pPr>
        <w:pStyle w:val="SourceCitation"/>
      </w:pPr>
      <w:hyperlink r:id="rId108">
        <w:r>
          <w:rPr>
            <w:color w:val="007D79"/>
          </w:rPr>
          <w:t>Build and submit a sitemap · Build and submit a sitemap</w:t>
        </w:r>
      </w:hyperlink>
    </w:p>
    <w:p>
      <w:pPr>
        <w:pStyle w:val="Heading3"/>
      </w:pPr>
      <w:r>
        <w:t>YMYL</w:t>
      </w:r>
    </w:p>
    <w:p>
      <w:r>
        <w:t>Your Money or Your Life topics that can significantly affect health, financial stability, safety or societal well-being.</w:t>
      </w:r>
    </w:p>
    <w:p>
      <w:pPr>
        <w:pStyle w:val="SourceCitation"/>
      </w:pPr>
      <w:hyperlink r:id="rId40">
        <w:r>
          <w:rPr>
            <w:color w:val="007D79"/>
          </w:rPr>
          <w:t>Creating helpful, reliable, people-first content · Get to know E-E-A-T and the quality rater guidelines</w:t>
        </w:r>
      </w:hyperlink>
    </w:p>
    <w:p>
      <w:pPr>
        <w:pStyle w:val="SourceCitation"/>
      </w:pPr>
      <w:r>
        <w:t>Google Developers, Google Crawling Infrastructure and web.dev text © Google, reproduced under verified Creative Commons Attribution 4.0 terms; code samples under Apache 2.0 where stated. Notes, definitions and practice answers are paraphrases, and interview coaching is editorial application. Exact excerpts preserve wording with whitespace normalized. Google Support articles use concise complete-topic briefs and short excerpts with original links. Source dates are retained; illustrations and videos are linked. Reviewed 6 October 2026. This pack is not endorsed by Google.</w:t>
      </w:r>
    </w:p>
    <w:sectPr w:rsidR="00FC693F" w:rsidRPr="0006063C" w:rsidSect="00034616">
      <w:headerReference w:type="default" r:id="rId9"/>
      <w:footerReference w:type="default" r:id="rId10"/>
      <w:pgSz w:w="11909" w:h="16834"/>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jc w:val="right"/>
    </w:pPr>
    <w:r>
      <w:t xml:space="preserve">Reviewed 6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Citation"/>
    </w:pPr>
    <w:r>
      <w:t>GOOGLE SEARCH CENTRAL  /  SEO DEFINITIONS QUICK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rebuchet MS" w:hAnsi="Trebuchet MS"/>
      <w:color w:val="2436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Bahnschrift" w:hAnsi="Bahnschrift"/>
      <w:b/>
      <w:bCs/>
      <w:color w:val="152D3A"/>
      <w:sz w:val="50"/>
      <w:szCs w:val="28"/>
    </w:rPr>
  </w:style>
  <w:style w:type="paragraph" w:styleId="Heading2">
    <w:name w:val="heading 2"/>
    <w:basedOn w:val="Normal"/>
    <w:next w:val="Normal"/>
    <w:link w:val="Heading2Char"/>
    <w:uiPriority w:val="9"/>
    <w:unhideWhenUsed/>
    <w:qFormat/>
    <w:rsid w:val="00FC693F"/>
    <w:pPr>
      <w:keepNext/>
      <w:keepLines/>
      <w:spacing w:before="280" w:after="0"/>
      <w:outlineLvl w:val="1"/>
    </w:pPr>
    <w:rPr>
      <w:rFonts w:asciiTheme="majorHAnsi" w:eastAsiaTheme="majorEastAsia" w:hAnsiTheme="majorHAnsi" w:cstheme="majorBidi" w:ascii="Bahnschrift" w:hAnsi="Bahnschrift"/>
      <w:b/>
      <w:bCs/>
      <w:color w:val="152D3A"/>
      <w:sz w:val="38"/>
      <w:szCs w:val="26"/>
    </w:rPr>
  </w:style>
  <w:style w:type="paragraph" w:styleId="Heading3">
    <w:name w:val="heading 3"/>
    <w:basedOn w:val="Normal"/>
    <w:next w:val="Normal"/>
    <w:link w:val="Heading3Char"/>
    <w:uiPriority w:val="9"/>
    <w:unhideWhenUsed/>
    <w:qFormat/>
    <w:rsid w:val="00FC693F"/>
    <w:pPr>
      <w:keepNext/>
      <w:keepLines/>
      <w:spacing w:before="280" w:after="0"/>
      <w:outlineLvl w:val="2"/>
    </w:pPr>
    <w:rPr>
      <w:rFonts w:asciiTheme="majorHAnsi" w:eastAsiaTheme="majorEastAsia" w:hAnsiTheme="majorHAnsi" w:cstheme="majorBidi" w:ascii="Bahnschrift" w:hAnsi="Bahnschrift"/>
      <w:b/>
      <w:bCs/>
      <w:color w:val="152D3A"/>
      <w:sz w:val="28"/>
    </w:rPr>
  </w:style>
  <w:style w:type="paragraph" w:styleId="Heading4">
    <w:name w:val="heading 4"/>
    <w:basedOn w:val="Normal"/>
    <w:next w:val="Normal"/>
    <w:link w:val="Heading4Char"/>
    <w:uiPriority w:val="9"/>
    <w:semiHidden/>
    <w:unhideWhenUsed/>
    <w:qFormat/>
    <w:rsid w:val="00FC693F"/>
    <w:pPr>
      <w:keepNext/>
      <w:keepLines/>
      <w:spacing w:before="280" w:after="0"/>
      <w:outlineLvl w:val="3"/>
    </w:pPr>
    <w:rPr>
      <w:rFonts w:asciiTheme="majorHAnsi" w:eastAsiaTheme="majorEastAsia" w:hAnsiTheme="majorHAnsi" w:cstheme="majorBidi" w:ascii="Bahnschrift" w:hAnsi="Bahnschrift"/>
      <w:b/>
      <w:bCs/>
      <w:i/>
      <w:iCs/>
      <w:color w:val="152D3A"/>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before="280"/>
      <w:contextualSpacing/>
    </w:pPr>
    <w:rPr>
      <w:rFonts w:asciiTheme="majorHAnsi" w:eastAsiaTheme="majorEastAsia" w:hAnsiTheme="majorHAnsi" w:cstheme="majorBidi" w:ascii="Bahnschrift" w:hAnsi="Bahnschrift"/>
      <w:color w:val="152D3A"/>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pPr>
    <w:rPr>
      <w:rFonts w:asciiTheme="majorHAnsi" w:eastAsiaTheme="majorEastAsia" w:hAnsiTheme="majorHAnsi" w:cstheme="majorBidi" w:ascii="Bahnschrift" w:hAnsi="Bahnschrift"/>
      <w:i/>
      <w:iCs/>
      <w:color w:val="152D3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
    <w:name w:val="Evidence"/>
    <w:pPr>
      <w:spacing w:after="100"/>
      <w:ind w:left="259" w:right="173"/>
    </w:pPr>
    <w:rPr>
      <w:rFonts w:ascii="Georgia" w:hAnsi="Georgia"/>
      <w:color w:val="334D52"/>
      <w:sz w:val="19"/>
    </w:rPr>
  </w:style>
  <w:style w:type="paragraph" w:customStyle="1" w:styleId="Eyebrow">
    <w:name w:val="Eyebrow"/>
    <w:pPr>
      <w:spacing w:after="100"/>
    </w:pPr>
    <w:rPr>
      <w:rFonts w:ascii="Trebuchet MS" w:hAnsi="Trebuchet MS"/>
      <w:b/>
      <w:color w:val="007D79"/>
      <w:sz w:val="16"/>
    </w:rPr>
  </w:style>
  <w:style w:type="paragraph" w:customStyle="1" w:styleId="SourceCitation">
    <w:name w:val="SourceCitation"/>
    <w:pPr>
      <w:spacing w:after="100"/>
    </w:pPr>
    <w:rPr>
      <w:rFonts w:ascii="Trebuchet MS" w:hAnsi="Trebuchet MS"/>
      <w:color w:val="526870"/>
      <w:sz w:val="16"/>
    </w:rPr>
  </w:style>
  <w:style w:type="paragraph" w:customStyle="1" w:styleId="CodeBlock">
    <w:name w:val="CodeBlock"/>
    <w:pPr>
      <w:spacing w:after="100"/>
    </w:pPr>
    <w:rPr>
      <w:rFonts w:ascii="Consolas" w:hAnsi="Consolas"/>
      <w:color w:val="24364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velopers.google.com/search/docs/crawling-indexing/301-redirects#permanent-server-side-redirects" TargetMode="External"/><Relationship Id="rId12" Type="http://schemas.openxmlformats.org/officeDocument/2006/relationships/hyperlink" Target="https://developers.google.com/search/docs/fundamentals/get-started#migrating-a-single-url" TargetMode="External"/><Relationship Id="rId13" Type="http://schemas.openxmlformats.org/officeDocument/2006/relationships/hyperlink" Target="https://developers.google.com/crawling/docs/crawlers-fetchers/reduce-crawl-rate#urgently-reduce-crawler-traffic-for-emergencies" TargetMode="External"/><Relationship Id="rId14" Type="http://schemas.openxmlformats.org/officeDocument/2006/relationships/hyperlink" Target="https://developers.google.com/search/docs/crawling-indexing/pause-online-business#disable-site" TargetMode="External"/><Relationship Id="rId15" Type="http://schemas.openxmlformats.org/officeDocument/2006/relationships/hyperlink" Target="https://web.dev/articles/vitals#core-web-vitals" TargetMode="External"/><Relationship Id="rId16" Type="http://schemas.openxmlformats.org/officeDocument/2006/relationships/hyperlink" Target="https://developers.google.com/search/docs/crawling-indexing/website-testing#use-rel=canonical-links" TargetMode="External"/><Relationship Id="rId17" Type="http://schemas.openxmlformats.org/officeDocument/2006/relationships/hyperlink" Target="https://developers.google.com/search/docs/fundamentals/ai-optimization-guide#is-seo-still-relevant" TargetMode="External"/><Relationship Id="rId18" Type="http://schemas.openxmlformats.org/officeDocument/2006/relationships/hyperlink" Target="https://developers.google.com/search/docs/appearance/aggregator-unit#how-the-aggregator-unit-works" TargetMode="External"/><Relationship Id="rId19" Type="http://schemas.openxmlformats.org/officeDocument/2006/relationships/hyperlink" Target="https://developers.google.com/search/docs/fundamentals/ai-optimization-guide#agentic-experiences" TargetMode="External"/><Relationship Id="rId20" Type="http://schemas.openxmlformats.org/officeDocument/2006/relationships/hyperlink" Target="https://developers.google.com/crawling/docs/robots-txt/robots-txt-spec#order-of-precedence-for-rules" TargetMode="External"/><Relationship Id="rId21" Type="http://schemas.openxmlformats.org/officeDocument/2006/relationships/hyperlink" Target="https://developers.google.com/search/docs/crawling-indexing/links-crawlable#anchor-text-placement" TargetMode="External"/><Relationship Id="rId22" Type="http://schemas.openxmlformats.org/officeDocument/2006/relationships/hyperlink" Target="https://developers.google.com/search/docs/crawling-indexing/links-crawlable#write-good-anchor-text" TargetMode="External"/><Relationship Id="rId23" Type="http://schemas.openxmlformats.org/officeDocument/2006/relationships/hyperlink" Target="https://developers.google.com/search/docs/appearance/ranking-systems-guide#bert" TargetMode="External"/><Relationship Id="rId24" Type="http://schemas.openxmlformats.org/officeDocument/2006/relationships/hyperlink" Target="https://developers.google.com/search/docs/appearance/establish-business-details#add-site-info" TargetMode="External"/><Relationship Id="rId25" Type="http://schemas.openxmlformats.org/officeDocument/2006/relationships/hyperlink" Target="https://developers.google.com/search/docs/crawling-indexing/canonicalization#what-is-canonicalization" TargetMode="External"/><Relationship Id="rId26" Type="http://schemas.openxmlformats.org/officeDocument/2006/relationships/hyperlink" Target="https://developers.google.com/search/docs/appearance/core-web-vitals#metrics" TargetMode="External"/><Relationship Id="rId27" Type="http://schemas.openxmlformats.org/officeDocument/2006/relationships/hyperlink" Target="https://developers.google.com/search/docs/crawling-indexing/javascript/javascript-seo-basics#caching" TargetMode="External"/><Relationship Id="rId28" Type="http://schemas.openxmlformats.org/officeDocument/2006/relationships/hyperlink" Target="https://developers.google.com/search/docs/appearance/core-updates#how-core-updates-work" TargetMode="External"/><Relationship Id="rId29" Type="http://schemas.openxmlformats.org/officeDocument/2006/relationships/hyperlink" Target="https://developers.google.com/crawling/docs/crawl-budget#general_theory" TargetMode="External"/><Relationship Id="rId30" Type="http://schemas.openxmlformats.org/officeDocument/2006/relationships/hyperlink" Target="https://developers.google.com/crawling/docs/crawl-budget#crawl-capacity-limit" TargetMode="External"/><Relationship Id="rId31" Type="http://schemas.openxmlformats.org/officeDocument/2006/relationships/hyperlink" Target="https://developers.google.com/crawling/docs/crawl-budget#crawl-demand" TargetMode="External"/><Relationship Id="rId32" Type="http://schemas.openxmlformats.org/officeDocument/2006/relationships/hyperlink" Target="https://developers.google.com/search/docs/fundamentals/how-search-works#introducing-the-three-stages-of-google-search" TargetMode="External"/><Relationship Id="rId33" Type="http://schemas.openxmlformats.org/officeDocument/2006/relationships/hyperlink" Target="https://developers.google.com/search/docs/crawling-indexing/301-redirects#overview-of-redirect-types" TargetMode="External"/><Relationship Id="rId34" Type="http://schemas.openxmlformats.org/officeDocument/2006/relationships/hyperlink" Target="https://developers.google.com/search/docs/crawling-indexing/robots-meta-tag#data-nosnippet-attr" TargetMode="External"/><Relationship Id="rId35" Type="http://schemas.openxmlformats.org/officeDocument/2006/relationships/hyperlink" Target="https://developers.google.com/search/docs/crawling-indexing/robots/intro#what-is-a-robots.txt-file-used-for" TargetMode="External"/><Relationship Id="rId36" Type="http://schemas.openxmlformats.org/officeDocument/2006/relationships/hyperlink" Target="https://developers.google.com/search/docs/appearance/google-discover#how-content-appears-in-discover" TargetMode="External"/><Relationship Id="rId37" Type="http://schemas.openxmlformats.org/officeDocument/2006/relationships/hyperlink" Target="https://developers.google.com/search/docs/fundamentals/get-started-developers#dont-forget-the-words" TargetMode="External"/><Relationship Id="rId38" Type="http://schemas.openxmlformats.org/officeDocument/2006/relationships/hyperlink" Target="https://developers.google.com/search/docs/fundamentals/seo-starter-guide#reduce-duplicate-content" TargetMode="External"/><Relationship Id="rId39" Type="http://schemas.openxmlformats.org/officeDocument/2006/relationships/hyperlink" Target="https://developers.google.com/search/docs/crawling-indexing/javascript/dynamic-rendering#understand" TargetMode="External"/><Relationship Id="rId40" Type="http://schemas.openxmlformats.org/officeDocument/2006/relationships/hyperlink" Target="https://developers.google.com/search/docs/fundamentals/creating-helpful-content#eat" TargetMode="External"/><Relationship Id="rId41" Type="http://schemas.openxmlformats.org/officeDocument/2006/relationships/hyperlink" Target="https://developers.google.com/search/docs/appearance/ecosystem-carousel#ecosystem-carousel-in-google-search" TargetMode="External"/><Relationship Id="rId42" Type="http://schemas.openxmlformats.org/officeDocument/2006/relationships/hyperlink" Target="https://developers.google.com/search/docs/appearance/structured-data/sd-policies#general-structured-data-guidelines" TargetMode="External"/><Relationship Id="rId43" Type="http://schemas.openxmlformats.org/officeDocument/2006/relationships/hyperlink" Target="https://developers.google.com/search/docs/appearance/enriched-search-results#enriched-search-results" TargetMode="External"/><Relationship Id="rId44" Type="http://schemas.openxmlformats.org/officeDocument/2006/relationships/hyperlink" Target="https://developers.google.com/search/docs/appearance/favicon-in-search#guidelines" TargetMode="External"/><Relationship Id="rId45" Type="http://schemas.openxmlformats.org/officeDocument/2006/relationships/hyperlink" Target="https://developers.google.com/search/docs/appearance/featured-snippets#how-can-i-mark-my-page-as-a-featured-snippet" TargetMode="External"/><Relationship Id="rId46" Type="http://schemas.openxmlformats.org/officeDocument/2006/relationships/hyperlink" Target="https://developers.google.com/search/docs/appearance/flexible-sampling#flexible-sampling-general-guidance" TargetMode="External"/><Relationship Id="rId47" Type="http://schemas.openxmlformats.org/officeDocument/2006/relationships/hyperlink" Target="https://developers.google.com/search/docs/fundamentals/ai-optimization-guide#optimize-your-local-business-and-ecommerce-details" TargetMode="External"/><Relationship Id="rId48" Type="http://schemas.openxmlformats.org/officeDocument/2006/relationships/hyperlink" Target="https://developers.google.com/crawling/docs/crawlers-fetchers/verify-google-requests#manual" TargetMode="External"/><Relationship Id="rId49" Type="http://schemas.openxmlformats.org/officeDocument/2006/relationships/hyperlink" Target="https://developers.google.com/search/docs/fundamentals/third-party-seo#think-critically-about-using-third-party-seo-tools-and-services" TargetMode="External"/><Relationship Id="rId50" Type="http://schemas.openxmlformats.org/officeDocument/2006/relationships/hyperlink" Target="https://developers.google.com/search/docs/crawling-indexing/canonicalization-troubleshooting#fix-canonicalization-issues" TargetMode="External"/><Relationship Id="rId51" Type="http://schemas.openxmlformats.org/officeDocument/2006/relationships/hyperlink" Target="https://developers.google.com/search/docs/fundamentals/how-search-works#crawling" TargetMode="External"/><Relationship Id="rId52" Type="http://schemas.openxmlformats.org/officeDocument/2006/relationships/hyperlink" Target="https://developers.google.com/search/docs/crawling-indexing/site-move-no-url-changes#changing-your-hosting" TargetMode="External"/><Relationship Id="rId53" Type="http://schemas.openxmlformats.org/officeDocument/2006/relationships/hyperlink" Target="https://developers.google.com/search/docs/fundamentals/get-started#internationalized-or-multi-lingual-sites" TargetMode="External"/><Relationship Id="rId54" Type="http://schemas.openxmlformats.org/officeDocument/2006/relationships/hyperlink" Target="https://developers.google.com/search/docs/crawling-indexing/sitemaps/image-sitemaps#image-sitemaps" TargetMode="External"/><Relationship Id="rId55" Type="http://schemas.openxmlformats.org/officeDocument/2006/relationships/hyperlink" Target="https://developers.google.com/search/docs/crawling-indexing/robots-meta-tag#directives" TargetMode="External"/><Relationship Id="rId56" Type="http://schemas.openxmlformats.org/officeDocument/2006/relationships/hyperlink" Target="https://developers.google.com/search/docs/fundamentals/how-search-works#indexing" TargetMode="External"/><Relationship Id="rId57" Type="http://schemas.openxmlformats.org/officeDocument/2006/relationships/hyperlink" Target="https://developers.google.com/search/docs/appearance/avoid-intrusive-interstitials#use-banners-instead-of-interstitials" TargetMode="External"/><Relationship Id="rId58" Type="http://schemas.openxmlformats.org/officeDocument/2006/relationships/hyperlink" Target="https://developers.google.com/search/docs/fundamentals/using-gen-ai-content#context" TargetMode="External"/><Relationship Id="rId59" Type="http://schemas.openxmlformats.org/officeDocument/2006/relationships/hyperlink" Target="https://developers.google.com/search/docs/appearance/job-sites#job-sites:-aggregator-carousel-and-refinement-chip" TargetMode="External"/><Relationship Id="rId60" Type="http://schemas.openxmlformats.org/officeDocument/2006/relationships/hyperlink" Target="https://developers.google.com/search/docs/appearance/structured-data/intro-structured-data#get-started" TargetMode="External"/><Relationship Id="rId61" Type="http://schemas.openxmlformats.org/officeDocument/2006/relationships/hyperlink" Target="https://developers.google.com/search/docs/crawling-indexing/sitemaps/build-sitemap#additional-notes-about-xml-sitemaps" TargetMode="External"/><Relationship Id="rId62" Type="http://schemas.openxmlformats.org/officeDocument/2006/relationships/hyperlink" Target="https://developers.google.com/search/docs/crawling-indexing/javascript/lazy-loading#load-visible" TargetMode="External"/><Relationship Id="rId63" Type="http://schemas.openxmlformats.org/officeDocument/2006/relationships/hyperlink" Target="https://developers.google.com/search/docs/fundamentals/ai-optimization-guide#mythbusting" TargetMode="External"/><Relationship Id="rId64" Type="http://schemas.openxmlformats.org/officeDocument/2006/relationships/hyperlink" Target="https://developers.google.com/search/docs/fundamentals/creating-helpful-content#about-main-content" TargetMode="External"/><Relationship Id="rId65" Type="http://schemas.openxmlformats.org/officeDocument/2006/relationships/hyperlink" Target="https://developers.google.com/search/docs/appearance/snippet#how-snippet-created" TargetMode="External"/><Relationship Id="rId66" Type="http://schemas.openxmlformats.org/officeDocument/2006/relationships/hyperlink" Target="https://developers.google.com/search/docs/crawling-indexing/mobile/mobile-sites-mobile-first-indexing#mobile-site-and-mobile-first-indexing-best-practices" TargetMode="External"/><Relationship Id="rId67" Type="http://schemas.openxmlformats.org/officeDocument/2006/relationships/hyperlink" Target="https://developers.google.com/search/docs/crawling-indexing/sitemaps/video-sitemaps#sitemap_alternatives" TargetMode="External"/><Relationship Id="rId68" Type="http://schemas.openxmlformats.org/officeDocument/2006/relationships/hyperlink" Target="https://developers.google.com/search/docs/crawling-indexing/sitemaps/news-sitemap#news-sitemap-best-practices" TargetMode="External"/><Relationship Id="rId69" Type="http://schemas.openxmlformats.org/officeDocument/2006/relationships/hyperlink" Target="https://developers.google.com/search/docs/crawling-indexing/prevent-images-on-your-page#noindex" TargetMode="External"/><Relationship Id="rId70" Type="http://schemas.openxmlformats.org/officeDocument/2006/relationships/hyperlink" Target="https://developers.google.com/search/docs/crawling-indexing/block-indexing#implementing-noindex" TargetMode="External"/><Relationship Id="rId71" Type="http://schemas.openxmlformats.org/officeDocument/2006/relationships/hyperlink" Target="https://developers.google.com/search/docs/fundamentals/ai-optimization-guide#create-valuable-content" TargetMode="External"/><Relationship Id="rId72" Type="http://schemas.openxmlformats.org/officeDocument/2006/relationships/hyperlink" Target="https://developers.google.com/search/docs/appearance/package-tracking#package-tracking-early-adopters-program" TargetMode="External"/><Relationship Id="rId73" Type="http://schemas.openxmlformats.org/officeDocument/2006/relationships/hyperlink" Target="https://developers.google.com/search/docs/fundamentals/seo-starter-guide#focusing" TargetMode="External"/><Relationship Id="rId74" Type="http://schemas.openxmlformats.org/officeDocument/2006/relationships/hyperlink" Target="https://developers.google.com/search/docs/fundamentals/creating-helpful-content#people-first" TargetMode="External"/><Relationship Id="rId75" Type="http://schemas.openxmlformats.org/officeDocument/2006/relationships/hyperlink" Target="https://developers.google.com/search/docs/appearance/places-sites#places-sites:-aggregator-carousel-and-refinement-chip" TargetMode="External"/><Relationship Id="rId76" Type="http://schemas.openxmlformats.org/officeDocument/2006/relationships/hyperlink" Target="https://developers.google.com/search/docs/appearance/preferred-sources#help-your-readers-find-your-site-through-preferred-sources-in-google-search" TargetMode="External"/><Relationship Id="rId77" Type="http://schemas.openxmlformats.org/officeDocument/2006/relationships/hyperlink" Target="https://developers.google.com/search/docs/crawling-indexing/site-move-with-url-changes#a-note-about-redirects" TargetMode="External"/><Relationship Id="rId78" Type="http://schemas.openxmlformats.org/officeDocument/2006/relationships/hyperlink" Target="https://developers.google.com/search/docs/crawling-indexing/consolidate-duplicate-urls#how-to-specify-a-canonical-url-with-rel=canonical-and-other-methods" TargetMode="External"/><Relationship Id="rId79" Type="http://schemas.openxmlformats.org/officeDocument/2006/relationships/hyperlink" Target="https://developers.google.com/search/docs/crawling-indexing/qualify-outbound-links#qualify-your-outbound-links-to-google" TargetMode="External"/><Relationship Id="rId80" Type="http://schemas.openxmlformats.org/officeDocument/2006/relationships/hyperlink" Target="https://developers.google.com/search/docs/crawling-indexing/mobile/mobile-sites-mobile-first-indexing#mobile-site" TargetMode="External"/><Relationship Id="rId81" Type="http://schemas.openxmlformats.org/officeDocument/2006/relationships/hyperlink" Target="https://developers.google.com/search/docs/appearance/reviews-system#how-the-reviews-system-works" TargetMode="External"/><Relationship Id="rId82" Type="http://schemas.openxmlformats.org/officeDocument/2006/relationships/hyperlink" Target="https://developers.google.com/search/docs/appearance/structured-data/intro-structured-data#how-structured-data-works-in-google-search" TargetMode="External"/><Relationship Id="rId83" Type="http://schemas.openxmlformats.org/officeDocument/2006/relationships/hyperlink" Target="https://developers.google.com/crawling/docs/robots-txt/robots-txt-spec#url-matching-based-on-path-values" TargetMode="External"/><Relationship Id="rId84" Type="http://schemas.openxmlformats.org/officeDocument/2006/relationships/hyperlink" Target="https://developers.google.com/search/docs/crawling-indexing/robots/intro#introduction-to-robots.txt" TargetMode="External"/><Relationship Id="rId85" Type="http://schemas.openxmlformats.org/officeDocument/2006/relationships/hyperlink" Target="https://developers.google.com/search/docs/fundamentals/using-gen-ai-content#google-searchs-guidance-on-using-generative-ai-content-on-your-website" TargetMode="External"/><Relationship Id="rId86" Type="http://schemas.openxmlformats.org/officeDocument/2006/relationships/hyperlink" Target="https://developers.google.com/search/docs/appearance/search-profiles#how-search-profiles-work" TargetMode="External"/><Relationship Id="rId87" Type="http://schemas.openxmlformats.org/officeDocument/2006/relationships/hyperlink" Target="https://developers.google.com/search/docs/fundamentals/seo-starter-guide#search-engine-optimization-seo-starter-guide" TargetMode="External"/><Relationship Id="rId88" Type="http://schemas.openxmlformats.org/officeDocument/2006/relationships/hyperlink" Target="https://developers.google.com/search/docs/crawling-indexing/javascript/javascript-seo-basics#how-googlebot-processes-javascript" TargetMode="External"/><Relationship Id="rId89" Type="http://schemas.openxmlformats.org/officeDocument/2006/relationships/hyperlink" Target="https://developers.google.com/search/docs/fundamentals/how-search-works#serving" TargetMode="External"/><Relationship Id="rId90" Type="http://schemas.openxmlformats.org/officeDocument/2006/relationships/hyperlink" Target="https://developers.google.com/search/docs/fundamentals/get-started-developers#check-your-links" TargetMode="External"/><Relationship Id="rId91" Type="http://schemas.openxmlformats.org/officeDocument/2006/relationships/hyperlink" Target="https://developers.google.com/search/docs/appearance/site-names#provide-a-site-name-to-google-search" TargetMode="External"/><Relationship Id="rId92" Type="http://schemas.openxmlformats.org/officeDocument/2006/relationships/hyperlink" Target="https://developers.google.com/search/docs/appearance/sitelinks#sitelinks-best-practices" TargetMode="External"/><Relationship Id="rId93" Type="http://schemas.openxmlformats.org/officeDocument/2006/relationships/hyperlink" Target="https://developers.google.com/search/docs/crawling-indexing/sitemaps/overview#learn-about-sitemaps" TargetMode="External"/><Relationship Id="rId94" Type="http://schemas.openxmlformats.org/officeDocument/2006/relationships/hyperlink" Target="https://developers.google.com/search/docs/crawling-indexing/sitemaps/large-sitemaps#manage-your-sitemaps-with-a-sitemap-index-file" TargetMode="External"/><Relationship Id="rId95" Type="http://schemas.openxmlformats.org/officeDocument/2006/relationships/hyperlink" Target="https://developers.google.com/search/docs/crawling-indexing/troubleshoot-crawling-errors#soft-404-errors" TargetMode="External"/><Relationship Id="rId96" Type="http://schemas.openxmlformats.org/officeDocument/2006/relationships/hyperlink" Target="https://developers.google.com/search/docs/appearance/spam-updates#google-search-spam-updates-and-your-site" TargetMode="External"/><Relationship Id="rId97" Type="http://schemas.openxmlformats.org/officeDocument/2006/relationships/hyperlink" Target="https://developers.google.com/search/docs/appearance/structured-data/carousels-beta#structured-data-carousels-beta" TargetMode="External"/><Relationship Id="rId98" Type="http://schemas.openxmlformats.org/officeDocument/2006/relationships/hyperlink" Target="https://developers.google.com/search/docs/appearance/supplier-unit#how-the-supplier-unit-works" TargetMode="External"/><Relationship Id="rId99" Type="http://schemas.openxmlformats.org/officeDocument/2006/relationships/hyperlink" Target="https://developers.google.com/search/docs/appearance/title-link#how-title-links-in-google-search-are-created" TargetMode="External"/><Relationship Id="rId100" Type="http://schemas.openxmlformats.org/officeDocument/2006/relationships/hyperlink" Target="https://developers.google.com/search/docs/appearance/top-places-list#top-places-list" TargetMode="External"/><Relationship Id="rId101" Type="http://schemas.openxmlformats.org/officeDocument/2006/relationships/hyperlink" Target="https://developers.google.com/search/docs/appearance/translated-results#opting-in-or-out-of-translated-results" TargetMode="External"/><Relationship Id="rId102" Type="http://schemas.openxmlformats.org/officeDocument/2006/relationships/hyperlink" Target="https://developers.google.com/search/docs/fundamentals/seo-starter-guide#check-if-google-can-see" TargetMode="External"/><Relationship Id="rId103" Type="http://schemas.openxmlformats.org/officeDocument/2006/relationships/hyperlink" Target="https://developers.google.com/search/docs/crawling-indexing/site-move-with-url-changes#overview" TargetMode="External"/><Relationship Id="rId104" Type="http://schemas.openxmlformats.org/officeDocument/2006/relationships/hyperlink" Target="https://developers.google.com/search/docs/crawling-indexing/sitemaps/video-sitemaps#mrss-reference" TargetMode="External"/><Relationship Id="rId105" Type="http://schemas.openxmlformats.org/officeDocument/2006/relationships/hyperlink" Target="https://developers.google.com/search/docs/appearance/video#watch-page" TargetMode="External"/><Relationship Id="rId106" Type="http://schemas.openxmlformats.org/officeDocument/2006/relationships/hyperlink" Target="https://developers.google.com/search/docs/appearance/enable-web-stories#enable-web-stories-on-google" TargetMode="External"/><Relationship Id="rId107" Type="http://schemas.openxmlformats.org/officeDocument/2006/relationships/hyperlink" Target="https://developers.google.com/search/docs/crawling-indexing/robots-meta-tag#robotsmeta" TargetMode="External"/><Relationship Id="rId108" Type="http://schemas.openxmlformats.org/officeDocument/2006/relationships/hyperlink" Target="https://developers.google.com/search/docs/crawling-indexing/sitemaps/build-sitemap#build-and-submit-a-site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Definitions Quick Review</dc:title>
  <dc:subject>127 source-backed definitions for experienced SEO interview practice</dc:subject>
  <dc:creator>SEO interview preparation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